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6E5"/>
  <w:body>
    <w:p w14:paraId="6C3F3244" w14:textId="4080D38A" w:rsidR="008E7965" w:rsidRPr="000037B7" w:rsidRDefault="002F42AE" w:rsidP="009279F4">
      <w:pPr>
        <w:jc w:val="center"/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b/>
          <w:color w:val="002060"/>
          <w:sz w:val="36"/>
        </w:rPr>
        <w:t>My Views and Preparing for Adulthood - Year 9+</w:t>
      </w:r>
    </w:p>
    <w:p w14:paraId="4F7844BA" w14:textId="77777777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>You can write, draw, use photos, symbols, AAC, or ask an adult to help.</w:t>
      </w:r>
    </w:p>
    <w:p w14:paraId="58C36A7C" w14:textId="77777777" w:rsidR="005E1F2B" w:rsidRDefault="00974DD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246A8" wp14:editId="217AF05C">
                <wp:simplePos x="0" y="0"/>
                <wp:positionH relativeFrom="column">
                  <wp:posOffset>3797300</wp:posOffset>
                </wp:positionH>
                <wp:positionV relativeFrom="paragraph">
                  <wp:posOffset>158750</wp:posOffset>
                </wp:positionV>
                <wp:extent cx="2133600" cy="1739900"/>
                <wp:effectExtent l="0" t="0" r="19050" b="12700"/>
                <wp:wrapNone/>
                <wp:docPr id="17962230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0B789" id="Rectangle 2" o:spid="_x0000_s1026" style="position:absolute;margin-left:299pt;margin-top:12.5pt;width:168pt;height:1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AnPRQXdAAAACgEAAA8AAAAAAAAAAAAAAAAAqQQAAGRycy9kb3ducmV2LnhtbFBLBQYAAAAA&#10;BAAEAPMAAACzBQAAAAA=&#10;" filled="f" strokecolor="#4f81bd [3204]" strokeweight="2pt"/>
            </w:pict>
          </mc:Fallback>
        </mc:AlternateContent>
      </w:r>
      <w:r w:rsidRPr="000037B7">
        <w:rPr>
          <w:rFonts w:ascii="Century Gothic" w:hAnsi="Century Gothic"/>
          <w:color w:val="002060"/>
        </w:rPr>
        <w:br/>
      </w:r>
    </w:p>
    <w:p w14:paraId="53F16E4F" w14:textId="5F36EA32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Things I </w:t>
      </w:r>
      <w:r w:rsidRPr="00EB4D32">
        <w:rPr>
          <w:rFonts w:ascii="Century Gothic" w:hAnsi="Century Gothic"/>
          <w:b/>
          <w:bCs/>
          <w:color w:val="002060"/>
        </w:rPr>
        <w:t>enjoy</w:t>
      </w:r>
      <w:r w:rsidRPr="000037B7">
        <w:rPr>
          <w:rFonts w:ascii="Century Gothic" w:hAnsi="Century Gothic"/>
          <w:color w:val="002060"/>
        </w:rPr>
        <w:t xml:space="preserve"> and am </w:t>
      </w:r>
      <w:r w:rsidRPr="00EB4D32">
        <w:rPr>
          <w:rFonts w:ascii="Century Gothic" w:hAnsi="Century Gothic"/>
          <w:b/>
          <w:bCs/>
          <w:color w:val="002060"/>
        </w:rPr>
        <w:t>good at</w:t>
      </w:r>
    </w:p>
    <w:p w14:paraId="5A7D3500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10673032" w14:textId="0965A024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61B0B6EB" w14:textId="6FA4C881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7AC68E21" w14:textId="77777777" w:rsidR="005E1F2B" w:rsidRDefault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C607E3" wp14:editId="7EFD7F62">
                <wp:simplePos x="0" y="0"/>
                <wp:positionH relativeFrom="column">
                  <wp:posOffset>3786486</wp:posOffset>
                </wp:positionH>
                <wp:positionV relativeFrom="paragraph">
                  <wp:posOffset>504215</wp:posOffset>
                </wp:positionV>
                <wp:extent cx="2133600" cy="1739900"/>
                <wp:effectExtent l="0" t="0" r="19050" b="12700"/>
                <wp:wrapNone/>
                <wp:docPr id="16874939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5AEC82" id="Rectangle 2" o:spid="_x0000_s1026" style="position:absolute;margin-left:298.15pt;margin-top:39.7pt;width:168pt;height:13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DsX1uJ3gAAAAoBAAAPAAAAAAAAAAAAAAAAAKkEAABkcnMvZG93bnJldi54bWxQSwUGAAAA&#10;AAQABADzAAAAtAUAAAAA&#10;" filled="f" strokecolor="#4f81bd [3204]" strokeweight="2pt"/>
            </w:pict>
          </mc:Fallback>
        </mc:AlternateContent>
      </w:r>
      <w:r w:rsidRPr="000037B7">
        <w:rPr>
          <w:rFonts w:ascii="Century Gothic" w:hAnsi="Century Gothic"/>
          <w:color w:val="002060"/>
        </w:rPr>
        <w:br/>
      </w:r>
    </w:p>
    <w:p w14:paraId="1B133469" w14:textId="77777777" w:rsidR="00EF59CE" w:rsidRDefault="00EF59CE">
      <w:pPr>
        <w:rPr>
          <w:rFonts w:ascii="Century Gothic" w:hAnsi="Century Gothic"/>
          <w:color w:val="002060"/>
        </w:rPr>
      </w:pPr>
    </w:p>
    <w:p w14:paraId="587D2928" w14:textId="051F4127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What </w:t>
      </w:r>
      <w:r w:rsidRPr="009632CC">
        <w:rPr>
          <w:rFonts w:ascii="Century Gothic" w:hAnsi="Century Gothic"/>
          <w:b/>
          <w:bCs/>
          <w:color w:val="002060"/>
        </w:rPr>
        <w:t>helps me learn</w:t>
      </w:r>
      <w:r w:rsidRPr="000037B7">
        <w:rPr>
          <w:rFonts w:ascii="Century Gothic" w:hAnsi="Century Gothic"/>
          <w:color w:val="002060"/>
        </w:rPr>
        <w:t xml:space="preserve"> and succeed</w:t>
      </w:r>
    </w:p>
    <w:p w14:paraId="7E7ED0DC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621F916A" w14:textId="6154A699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701A7555" w14:textId="77777777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146243F8" w14:textId="4D550591" w:rsidR="005E1F2B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br/>
      </w:r>
    </w:p>
    <w:p w14:paraId="6A2B3842" w14:textId="51C3685C" w:rsidR="00EF59CE" w:rsidRDefault="00EF59CE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91BBF8" wp14:editId="513CB389">
                <wp:simplePos x="0" y="0"/>
                <wp:positionH relativeFrom="column">
                  <wp:posOffset>3817293</wp:posOffset>
                </wp:positionH>
                <wp:positionV relativeFrom="paragraph">
                  <wp:posOffset>96929</wp:posOffset>
                </wp:positionV>
                <wp:extent cx="2133600" cy="1739900"/>
                <wp:effectExtent l="0" t="0" r="19050" b="12700"/>
                <wp:wrapNone/>
                <wp:docPr id="3524596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A138D7" id="Rectangle 2" o:spid="_x0000_s1026" style="position:absolute;margin-left:300.55pt;margin-top:7.65pt;width:168pt;height:13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C6df5S3gAAAAoBAAAPAAAAAAAAAAAAAAAAAKkEAABkcnMvZG93bnJldi54bWxQSwUGAAAA&#10;AAQABADzAAAAtAUAAAAA&#10;" filled="f" strokecolor="#4f81bd [3204]" strokeweight="2pt"/>
            </w:pict>
          </mc:Fallback>
        </mc:AlternateContent>
      </w:r>
    </w:p>
    <w:p w14:paraId="531E598E" w14:textId="789F5A90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What would I like to </w:t>
      </w:r>
      <w:r w:rsidRPr="009632CC">
        <w:rPr>
          <w:rFonts w:ascii="Century Gothic" w:hAnsi="Century Gothic"/>
          <w:b/>
          <w:bCs/>
          <w:color w:val="002060"/>
        </w:rPr>
        <w:t>get better at</w:t>
      </w:r>
      <w:r w:rsidRPr="000037B7">
        <w:rPr>
          <w:rFonts w:ascii="Century Gothic" w:hAnsi="Century Gothic"/>
          <w:color w:val="002060"/>
        </w:rPr>
        <w:t>?</w:t>
      </w:r>
    </w:p>
    <w:p w14:paraId="1D239C6D" w14:textId="06DD00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7A34BBF7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541BDFAD" w14:textId="163EE705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0627961D" w14:textId="1EB6F9F1" w:rsidR="00B2660C" w:rsidRPr="00277E6B" w:rsidRDefault="00B2660C" w:rsidP="00B2660C">
      <w:pPr>
        <w:rPr>
          <w:rFonts w:ascii="Segoe UI Emoji" w:hAnsi="Segoe UI Emoji" w:cs="Segoe UI Emoji"/>
          <w:sz w:val="36"/>
          <w:szCs w:val="36"/>
          <w:lang w:val="en-GB"/>
        </w:rPr>
      </w:pPr>
      <w:r>
        <w:rPr>
          <w:rFonts w:ascii="Century Gothic" w:hAnsi="Century Gothic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8B48DA" wp14:editId="414A2416">
                <wp:simplePos x="0" y="0"/>
                <wp:positionH relativeFrom="column">
                  <wp:posOffset>3911649</wp:posOffset>
                </wp:positionH>
                <wp:positionV relativeFrom="paragraph">
                  <wp:posOffset>103505</wp:posOffset>
                </wp:positionV>
                <wp:extent cx="2133600" cy="1739900"/>
                <wp:effectExtent l="0" t="0" r="19050" b="12700"/>
                <wp:wrapNone/>
                <wp:docPr id="7944682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49C021" id="Rectangle 2" o:spid="_x0000_s1026" style="position:absolute;margin-left:308pt;margin-top:8.15pt;width:168pt;height:13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P7wDKrdAAAACgEAAA8AAAAAAAAAAAAAAAAAqQQAAGRycy9kb3ducmV2LnhtbFBLBQYAAAAA&#10;BAAEAPMAAACzBQAAAAA=&#10;" filled="f" strokecolor="#4f81bd [3204]" strokeweight="2pt"/>
            </w:pict>
          </mc:Fallback>
        </mc:AlternateContent>
      </w:r>
      <w:r w:rsidRPr="000037B7">
        <w:rPr>
          <w:rFonts w:ascii="Century Gothic" w:hAnsi="Century Gothic"/>
          <w:color w:val="002060"/>
        </w:rPr>
        <w:br/>
      </w:r>
      <w:r>
        <w:rPr>
          <w:rFonts w:ascii="Century Gothic" w:hAnsi="Century Gothic"/>
          <w:color w:val="002060"/>
          <w:lang w:val="en-GB"/>
        </w:rPr>
        <w:t>The</w:t>
      </w:r>
      <w:r w:rsidRPr="003C42AE">
        <w:rPr>
          <w:rFonts w:ascii="Century Gothic" w:hAnsi="Century Gothic"/>
          <w:color w:val="002060"/>
          <w:lang w:val="en-GB"/>
        </w:rPr>
        <w:t xml:space="preserve"> best way to </w:t>
      </w:r>
      <w:r w:rsidRPr="003C42AE">
        <w:rPr>
          <w:rFonts w:ascii="Century Gothic" w:hAnsi="Century Gothic"/>
          <w:b/>
          <w:bCs/>
          <w:color w:val="002060"/>
          <w:lang w:val="en-GB"/>
        </w:rPr>
        <w:t>communicate</w:t>
      </w:r>
      <w:r w:rsidRPr="003C42AE">
        <w:rPr>
          <w:rFonts w:ascii="Century Gothic" w:hAnsi="Century Gothic"/>
          <w:color w:val="002060"/>
          <w:lang w:val="en-GB"/>
        </w:rPr>
        <w:t xml:space="preserve"> with </w:t>
      </w:r>
      <w:r>
        <w:rPr>
          <w:rFonts w:ascii="Century Gothic" w:hAnsi="Century Gothic"/>
          <w:color w:val="002060"/>
          <w:lang w:val="en-GB"/>
        </w:rPr>
        <w:t>me</w:t>
      </w:r>
      <w:r w:rsidRPr="00277E6B">
        <w:rPr>
          <w:rFonts w:ascii="Segoe UI Emoji" w:eastAsia="Times New Roman" w:hAnsi="Segoe UI Emoji" w:cs="Segoe UI Emoji"/>
          <w:sz w:val="21"/>
          <w:szCs w:val="21"/>
          <w:lang w:val="en-GB" w:eastAsia="en-GB"/>
        </w:rPr>
        <w:t xml:space="preserve"> </w:t>
      </w:r>
      <w:r w:rsidRPr="00277E6B">
        <w:rPr>
          <w:rFonts w:ascii="Segoe UI Emoji" w:hAnsi="Segoe UI Emoji" w:cs="Segoe UI Emoji"/>
          <w:sz w:val="36"/>
          <w:szCs w:val="36"/>
          <w:lang w:val="en-GB"/>
        </w:rPr>
        <w:t>💬</w:t>
      </w:r>
    </w:p>
    <w:p w14:paraId="37B699BF" w14:textId="77777777" w:rsidR="00B2660C" w:rsidRPr="00ED302E" w:rsidRDefault="00B2660C" w:rsidP="00B2660C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73350B9A" w14:textId="130E0626" w:rsidR="00B2660C" w:rsidRDefault="00B2660C" w:rsidP="00B2660C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_____________________________________________________</w:t>
      </w:r>
    </w:p>
    <w:p w14:paraId="550AFD45" w14:textId="77777777" w:rsidR="00B2660C" w:rsidRPr="00ED302E" w:rsidRDefault="00B2660C" w:rsidP="00B2660C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_____________________________________________________</w:t>
      </w:r>
    </w:p>
    <w:p w14:paraId="5F99FEF3" w14:textId="77D55206" w:rsidR="005E1F2B" w:rsidRDefault="00B2660C" w:rsidP="00B2660C">
      <w:pPr>
        <w:rPr>
          <w:rFonts w:ascii="Century Gothic" w:hAnsi="Century Gothic"/>
          <w:color w:val="002060"/>
        </w:rPr>
      </w:pPr>
      <w:r w:rsidRPr="00D30F79">
        <w:rPr>
          <w:rFonts w:ascii="Century Gothic" w:hAnsi="Century Gothic"/>
        </w:rPr>
        <w:br/>
      </w:r>
    </w:p>
    <w:p w14:paraId="101E3FD2" w14:textId="40CC363C" w:rsidR="005E1F2B" w:rsidRDefault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122D5D" wp14:editId="4B9FDBFE">
                <wp:simplePos x="0" y="0"/>
                <wp:positionH relativeFrom="column">
                  <wp:posOffset>3937000</wp:posOffset>
                </wp:positionH>
                <wp:positionV relativeFrom="paragraph">
                  <wp:posOffset>72390</wp:posOffset>
                </wp:positionV>
                <wp:extent cx="2133600" cy="1739900"/>
                <wp:effectExtent l="0" t="0" r="19050" b="12700"/>
                <wp:wrapNone/>
                <wp:docPr id="20093442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566389" id="Rectangle 2" o:spid="_x0000_s1026" style="position:absolute;margin-left:310pt;margin-top:5.7pt;width:168pt;height:13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JKcKUHdAAAACgEAAA8AAAAAAAAAAAAAAAAAqQQAAGRycy9kb3ducmV2LnhtbFBLBQYAAAAA&#10;BAAEAPMAAACzBQAAAAA=&#10;" filled="f" strokecolor="#4f81bd [3204]" strokeweight="2pt"/>
            </w:pict>
          </mc:Fallback>
        </mc:AlternateContent>
      </w:r>
    </w:p>
    <w:p w14:paraId="509C6ECE" w14:textId="03C23BC8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How do </w:t>
      </w:r>
      <w:r w:rsidRPr="009632CC">
        <w:rPr>
          <w:rFonts w:ascii="Century Gothic" w:hAnsi="Century Gothic"/>
          <w:b/>
          <w:bCs/>
          <w:color w:val="002060"/>
        </w:rPr>
        <w:t>I feel</w:t>
      </w:r>
      <w:r w:rsidRPr="000037B7">
        <w:rPr>
          <w:rFonts w:ascii="Century Gothic" w:hAnsi="Century Gothic"/>
          <w:color w:val="002060"/>
        </w:rPr>
        <w:t xml:space="preserve"> about </w:t>
      </w:r>
      <w:r w:rsidRPr="009632CC">
        <w:rPr>
          <w:rFonts w:ascii="Century Gothic" w:hAnsi="Century Gothic"/>
          <w:b/>
          <w:bCs/>
          <w:color w:val="002060"/>
        </w:rPr>
        <w:t>my future</w:t>
      </w:r>
      <w:r w:rsidRPr="000037B7">
        <w:rPr>
          <w:rFonts w:ascii="Century Gothic" w:hAnsi="Century Gothic"/>
          <w:color w:val="002060"/>
        </w:rPr>
        <w:t>?</w:t>
      </w:r>
    </w:p>
    <w:p w14:paraId="24D75D3B" w14:textId="0B879668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752058C7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74FABAE8" w14:textId="28CB9DCD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66C51AF8" w14:textId="7C93A3A6" w:rsidR="005E1F2B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br/>
      </w:r>
    </w:p>
    <w:p w14:paraId="6015FC39" w14:textId="46FA1F99" w:rsidR="00696A1E" w:rsidRDefault="00696A1E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43CE46" wp14:editId="02504D32">
                <wp:simplePos x="0" y="0"/>
                <wp:positionH relativeFrom="column">
                  <wp:posOffset>3977024</wp:posOffset>
                </wp:positionH>
                <wp:positionV relativeFrom="paragraph">
                  <wp:posOffset>177001</wp:posOffset>
                </wp:positionV>
                <wp:extent cx="2133600" cy="1739900"/>
                <wp:effectExtent l="0" t="0" r="19050" b="12700"/>
                <wp:wrapSquare wrapText="bothSides"/>
                <wp:docPr id="11060893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3E8EF" id="Rectangle 2" o:spid="_x0000_s1026" style="position:absolute;margin-left:313.15pt;margin-top:13.95pt;width:168pt;height:13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" filled="f" strokecolor="#4f81bd [3204]" strokeweight="2pt">
                <w10:wrap type="square"/>
              </v:rect>
            </w:pict>
          </mc:Fallback>
        </mc:AlternateContent>
      </w:r>
    </w:p>
    <w:p w14:paraId="5A64A960" w14:textId="58B2D804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What would I </w:t>
      </w:r>
      <w:r w:rsidRPr="009632CC">
        <w:rPr>
          <w:rFonts w:ascii="Century Gothic" w:hAnsi="Century Gothic"/>
          <w:b/>
          <w:bCs/>
          <w:color w:val="002060"/>
        </w:rPr>
        <w:t>like to do after school?</w:t>
      </w:r>
      <w:r w:rsidRPr="000037B7">
        <w:rPr>
          <w:rFonts w:ascii="Century Gothic" w:hAnsi="Century Gothic"/>
          <w:color w:val="002060"/>
        </w:rPr>
        <w:t xml:space="preserve"> (College / Apprenticeship / Work / Supported Internship / Not sure yet)</w:t>
      </w:r>
    </w:p>
    <w:p w14:paraId="03E00EB5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45A0F2D2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4A903D8D" w14:textId="77777777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63F00B0B" w14:textId="1C60E67D" w:rsidR="008E7965" w:rsidRDefault="008E7965">
      <w:pPr>
        <w:rPr>
          <w:rFonts w:ascii="Century Gothic" w:hAnsi="Century Gothic"/>
          <w:color w:val="002060"/>
        </w:rPr>
      </w:pPr>
    </w:p>
    <w:p w14:paraId="686770B3" w14:textId="77777777" w:rsidR="00357ACD" w:rsidRDefault="00357ACD">
      <w:pPr>
        <w:rPr>
          <w:rFonts w:ascii="Century Gothic" w:hAnsi="Century Gothic"/>
          <w:color w:val="002060"/>
        </w:rPr>
      </w:pPr>
    </w:p>
    <w:p w14:paraId="08283531" w14:textId="77777777" w:rsidR="00357ACD" w:rsidRPr="000037B7" w:rsidRDefault="00357ACD">
      <w:pPr>
        <w:rPr>
          <w:rFonts w:ascii="Century Gothic" w:hAnsi="Century Gothic"/>
          <w:color w:val="002060"/>
        </w:rPr>
      </w:pPr>
    </w:p>
    <w:p w14:paraId="7A216D5B" w14:textId="27910900" w:rsidR="00EF59CE" w:rsidRDefault="00EF59CE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A6752E" wp14:editId="5BA44210">
                <wp:simplePos x="0" y="0"/>
                <wp:positionH relativeFrom="column">
                  <wp:posOffset>4003713</wp:posOffset>
                </wp:positionH>
                <wp:positionV relativeFrom="paragraph">
                  <wp:posOffset>69850</wp:posOffset>
                </wp:positionV>
                <wp:extent cx="2133600" cy="1739900"/>
                <wp:effectExtent l="0" t="0" r="19050" b="12700"/>
                <wp:wrapNone/>
                <wp:docPr id="16119596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A0539C" id="Rectangle 2" o:spid="_x0000_s1026" style="position:absolute;margin-left:315.25pt;margin-top:5.5pt;width:168pt;height:13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GRj9azdAAAACgEAAA8AAAAAAAAAAAAAAAAAqQQAAGRycy9kb3ducmV2LnhtbFBLBQYAAAAA&#10;BAAEAPMAAACzBQAAAAA=&#10;" filled="f" strokecolor="#4f81bd [3204]" strokeweight="2pt"/>
            </w:pict>
          </mc:Fallback>
        </mc:AlternateContent>
      </w:r>
    </w:p>
    <w:p w14:paraId="0AE47FE3" w14:textId="508785B6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Where would I like </w:t>
      </w:r>
      <w:r w:rsidRPr="009632CC">
        <w:rPr>
          <w:rFonts w:ascii="Century Gothic" w:hAnsi="Century Gothic"/>
          <w:b/>
          <w:bCs/>
          <w:color w:val="002060"/>
        </w:rPr>
        <w:t>to live</w:t>
      </w:r>
      <w:r w:rsidRPr="009632CC">
        <w:rPr>
          <w:rFonts w:ascii="Century Gothic" w:hAnsi="Century Gothic"/>
          <w:color w:val="002060"/>
        </w:rPr>
        <w:t xml:space="preserve"> </w:t>
      </w:r>
      <w:r w:rsidRPr="000037B7">
        <w:rPr>
          <w:rFonts w:ascii="Century Gothic" w:hAnsi="Century Gothic"/>
          <w:color w:val="002060"/>
        </w:rPr>
        <w:t xml:space="preserve">when I am </w:t>
      </w:r>
      <w:r w:rsidRPr="009632CC">
        <w:rPr>
          <w:rFonts w:ascii="Century Gothic" w:hAnsi="Century Gothic"/>
          <w:b/>
          <w:bCs/>
          <w:color w:val="002060"/>
        </w:rPr>
        <w:t>older</w:t>
      </w:r>
      <w:r w:rsidRPr="000037B7">
        <w:rPr>
          <w:rFonts w:ascii="Century Gothic" w:hAnsi="Century Gothic"/>
          <w:color w:val="002060"/>
        </w:rPr>
        <w:t>?</w:t>
      </w:r>
    </w:p>
    <w:p w14:paraId="4EA1AD24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2B7C1466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52274A1F" w14:textId="77777777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23F74BF9" w14:textId="194A3B96" w:rsidR="005E1F2B" w:rsidRDefault="005E1F2B">
      <w:pPr>
        <w:rPr>
          <w:rFonts w:ascii="Century Gothic" w:hAnsi="Century Gothic"/>
          <w:color w:val="002060"/>
        </w:rPr>
      </w:pPr>
    </w:p>
    <w:p w14:paraId="307E63A9" w14:textId="77777777" w:rsidR="005E1F2B" w:rsidRDefault="005E1F2B">
      <w:pPr>
        <w:rPr>
          <w:rFonts w:ascii="Century Gothic" w:hAnsi="Century Gothic"/>
          <w:color w:val="002060"/>
        </w:rPr>
      </w:pPr>
    </w:p>
    <w:p w14:paraId="5D463965" w14:textId="1B205F2F" w:rsidR="005E1F2B" w:rsidRDefault="00696A1E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6F0C17" wp14:editId="530C7D1B">
                <wp:simplePos x="0" y="0"/>
                <wp:positionH relativeFrom="column">
                  <wp:posOffset>4030590</wp:posOffset>
                </wp:positionH>
                <wp:positionV relativeFrom="paragraph">
                  <wp:posOffset>3321</wp:posOffset>
                </wp:positionV>
                <wp:extent cx="2133600" cy="1739900"/>
                <wp:effectExtent l="0" t="0" r="19050" b="12700"/>
                <wp:wrapNone/>
                <wp:docPr id="5818692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CB9E7" id="Rectangle 2" o:spid="_x0000_s1026" style="position:absolute;margin-left:317.35pt;margin-top:.25pt;width:168pt;height:13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" filled="f" strokecolor="#4f81bd [3204]" strokeweight="2pt"/>
            </w:pict>
          </mc:Fallback>
        </mc:AlternateContent>
      </w:r>
    </w:p>
    <w:p w14:paraId="504948B1" w14:textId="18233E79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What </w:t>
      </w:r>
      <w:r w:rsidRPr="009632CC">
        <w:rPr>
          <w:rFonts w:ascii="Century Gothic" w:hAnsi="Century Gothic"/>
          <w:b/>
          <w:bCs/>
          <w:color w:val="002060"/>
        </w:rPr>
        <w:t>skills</w:t>
      </w:r>
      <w:r w:rsidRPr="000037B7">
        <w:rPr>
          <w:rFonts w:ascii="Century Gothic" w:hAnsi="Century Gothic"/>
          <w:color w:val="002060"/>
        </w:rPr>
        <w:t xml:space="preserve"> do I need for </w:t>
      </w:r>
      <w:r w:rsidRPr="009632CC">
        <w:rPr>
          <w:rFonts w:ascii="Century Gothic" w:hAnsi="Century Gothic"/>
          <w:b/>
          <w:bCs/>
          <w:color w:val="002060"/>
        </w:rPr>
        <w:t>adulthood</w:t>
      </w:r>
      <w:r w:rsidRPr="000037B7">
        <w:rPr>
          <w:rFonts w:ascii="Century Gothic" w:hAnsi="Century Gothic"/>
          <w:color w:val="002060"/>
        </w:rPr>
        <w:t>?</w:t>
      </w:r>
    </w:p>
    <w:p w14:paraId="14F19E57" w14:textId="5E0D599E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14542C3A" w14:textId="329C0E09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7C315E85" w14:textId="5325C1E6" w:rsidR="005E1F2B" w:rsidRDefault="005E1F2B" w:rsidP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18E634DB" w14:textId="27FE3CF6" w:rsidR="005E1F2B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br/>
      </w:r>
    </w:p>
    <w:p w14:paraId="61FF53E7" w14:textId="44BB8C4F" w:rsidR="00EF59CE" w:rsidRDefault="00EF59CE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EE0DEAF" wp14:editId="48CD0E44">
                <wp:simplePos x="0" y="0"/>
                <wp:positionH relativeFrom="column">
                  <wp:posOffset>4002258</wp:posOffset>
                </wp:positionH>
                <wp:positionV relativeFrom="paragraph">
                  <wp:posOffset>20809</wp:posOffset>
                </wp:positionV>
                <wp:extent cx="2133600" cy="1739900"/>
                <wp:effectExtent l="0" t="0" r="19050" b="12700"/>
                <wp:wrapTight wrapText="bothSides">
                  <wp:wrapPolygon edited="0">
                    <wp:start x="0" y="0"/>
                    <wp:lineTo x="0" y="21521"/>
                    <wp:lineTo x="21600" y="21521"/>
                    <wp:lineTo x="21600" y="0"/>
                    <wp:lineTo x="0" y="0"/>
                  </wp:wrapPolygon>
                </wp:wrapTight>
                <wp:docPr id="2580187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73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963A3" id="Rectangle 2" o:spid="_x0000_s1026" style="position:absolute;margin-left:315.15pt;margin-top:1.65pt;width:168pt;height:137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" filled="f" strokecolor="#4f81bd [3204]" strokeweight="2pt">
                <w10:wrap type="tight"/>
              </v:rect>
            </w:pict>
          </mc:Fallback>
        </mc:AlternateContent>
      </w:r>
    </w:p>
    <w:p w14:paraId="7D148765" w14:textId="4FDCBB03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How can </w:t>
      </w:r>
      <w:r w:rsidRPr="009632CC">
        <w:rPr>
          <w:rFonts w:ascii="Century Gothic" w:hAnsi="Century Gothic"/>
          <w:b/>
          <w:bCs/>
          <w:color w:val="002060"/>
        </w:rPr>
        <w:t>school, family</w:t>
      </w:r>
      <w:r w:rsidRPr="000037B7">
        <w:rPr>
          <w:rFonts w:ascii="Century Gothic" w:hAnsi="Century Gothic"/>
          <w:color w:val="002060"/>
        </w:rPr>
        <w:t xml:space="preserve"> and </w:t>
      </w:r>
      <w:r w:rsidRPr="009632CC">
        <w:rPr>
          <w:rFonts w:ascii="Century Gothic" w:hAnsi="Century Gothic"/>
          <w:b/>
          <w:bCs/>
          <w:color w:val="002060"/>
        </w:rPr>
        <w:t>professionals help me</w:t>
      </w:r>
      <w:r w:rsidRPr="000037B7">
        <w:rPr>
          <w:rFonts w:ascii="Century Gothic" w:hAnsi="Century Gothic"/>
          <w:color w:val="002060"/>
        </w:rPr>
        <w:t xml:space="preserve"> achieve my goals?</w:t>
      </w:r>
    </w:p>
    <w:p w14:paraId="014E73DF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39BFEF27" w14:textId="77777777" w:rsidR="005E1F2B" w:rsidRPr="00ED302E" w:rsidRDefault="005E1F2B" w:rsidP="005E1F2B">
      <w:pPr>
        <w:rPr>
          <w:rFonts w:ascii="Century Gothic" w:hAnsi="Century Gothic"/>
          <w:color w:val="002060"/>
        </w:rPr>
      </w:pPr>
      <w:r w:rsidRPr="00ED302E">
        <w:rPr>
          <w:rFonts w:ascii="Century Gothic" w:hAnsi="Century Gothic"/>
          <w:color w:val="002060"/>
        </w:rPr>
        <w:t>______________________________________________</w:t>
      </w:r>
    </w:p>
    <w:p w14:paraId="6DC50A5A" w14:textId="635AA5A1" w:rsidR="00B06BC8" w:rsidRDefault="005E1F2B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</w:rPr>
        <w:t>______________________________________________</w:t>
      </w:r>
      <w:r w:rsidRPr="00D30F79">
        <w:rPr>
          <w:rFonts w:ascii="Century Gothic" w:hAnsi="Century Gothic"/>
        </w:rPr>
        <w:br/>
      </w:r>
    </w:p>
    <w:p w14:paraId="5DB6B621" w14:textId="77777777" w:rsidR="00357ACD" w:rsidRDefault="00357ACD">
      <w:pPr>
        <w:rPr>
          <w:rFonts w:ascii="Century Gothic" w:hAnsi="Century Gothic"/>
          <w:color w:val="002060"/>
        </w:rPr>
      </w:pPr>
    </w:p>
    <w:p w14:paraId="1E3184E3" w14:textId="7DA929D4" w:rsidR="008E7965" w:rsidRPr="000037B7" w:rsidRDefault="002F42AE">
      <w:pPr>
        <w:rPr>
          <w:rFonts w:ascii="Century Gothic" w:hAnsi="Century Gothic"/>
          <w:color w:val="002060"/>
        </w:rPr>
      </w:pPr>
      <w:r w:rsidRPr="000037B7">
        <w:rPr>
          <w:rFonts w:ascii="Century Gothic" w:hAnsi="Century Gothic"/>
          <w:color w:val="002060"/>
        </w:rPr>
        <w:t xml:space="preserve">How were my views gathered?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Writing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Talked with adult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Drawing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Photos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Symbols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AAC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Observation </w:t>
      </w:r>
      <w:r w:rsidRPr="000037B7">
        <w:rPr>
          <w:rFonts w:ascii="Segoe UI Symbol" w:hAnsi="Segoe UI Symbol" w:cs="Segoe UI Symbol"/>
          <w:color w:val="002060"/>
        </w:rPr>
        <w:t>☐</w:t>
      </w:r>
      <w:r w:rsidRPr="000037B7">
        <w:rPr>
          <w:rFonts w:ascii="Century Gothic" w:hAnsi="Century Gothic"/>
          <w:color w:val="002060"/>
        </w:rPr>
        <w:t xml:space="preserve"> Other</w:t>
      </w:r>
    </w:p>
    <w:sectPr w:rsidR="008E7965" w:rsidRPr="000037B7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7492" w14:textId="77777777" w:rsidR="002F42AE" w:rsidRDefault="002F42AE" w:rsidP="00071966">
      <w:pPr>
        <w:spacing w:after="0" w:line="240" w:lineRule="auto"/>
      </w:pPr>
      <w:r>
        <w:separator/>
      </w:r>
    </w:p>
  </w:endnote>
  <w:endnote w:type="continuationSeparator" w:id="0">
    <w:p w14:paraId="431EF78B" w14:textId="77777777" w:rsidR="002F42AE" w:rsidRDefault="002F42AE" w:rsidP="00071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C090" w14:textId="77777777" w:rsidR="002F42AE" w:rsidRDefault="002F42AE" w:rsidP="00071966">
      <w:pPr>
        <w:spacing w:after="0" w:line="240" w:lineRule="auto"/>
      </w:pPr>
      <w:r>
        <w:separator/>
      </w:r>
    </w:p>
  </w:footnote>
  <w:footnote w:type="continuationSeparator" w:id="0">
    <w:p w14:paraId="502FF93E" w14:textId="77777777" w:rsidR="002F42AE" w:rsidRDefault="002F42AE" w:rsidP="00071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DF6E" w14:textId="3E4B2C22" w:rsidR="00071966" w:rsidRDefault="009279F4" w:rsidP="009279F4">
    <w:pPr>
      <w:pStyle w:val="Header"/>
      <w:jc w:val="right"/>
    </w:pPr>
    <w:r>
      <w:rPr>
        <w:noProof/>
      </w:rPr>
      <w:drawing>
        <wp:inline distT="0" distB="0" distL="0" distR="0" wp14:anchorId="0B861C1B" wp14:editId="58F80F59">
          <wp:extent cx="5486400" cy="706120"/>
          <wp:effectExtent l="0" t="0" r="0" b="0"/>
          <wp:docPr id="31707073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1966">
      <w:rPr>
        <w:noProof/>
      </w:rPr>
      <mc:AlternateContent>
        <mc:Choice Requires="wps">
          <w:drawing>
            <wp:inline distT="0" distB="0" distL="0" distR="0" wp14:anchorId="3DE078B4" wp14:editId="67836F59">
              <wp:extent cx="304800" cy="304800"/>
              <wp:effectExtent l="0" t="0" r="0" b="0"/>
              <wp:docPr id="50468875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009394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071966" w:rsidRPr="00002720">
      <w:t xml:space="preserve"> </w:t>
    </w:r>
    <w:r w:rsidR="00071966">
      <w:rPr>
        <w:noProof/>
      </w:rPr>
      <mc:AlternateContent>
        <mc:Choice Requires="wps">
          <w:drawing>
            <wp:inline distT="0" distB="0" distL="0" distR="0" wp14:anchorId="3853A0FE" wp14:editId="7B540D2E">
              <wp:extent cx="304800" cy="304800"/>
              <wp:effectExtent l="0" t="0" r="0" b="0"/>
              <wp:docPr id="1754257652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6B683A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1727024">
    <w:abstractNumId w:val="8"/>
  </w:num>
  <w:num w:numId="2" w16cid:durableId="861865056">
    <w:abstractNumId w:val="6"/>
  </w:num>
  <w:num w:numId="3" w16cid:durableId="1739595155">
    <w:abstractNumId w:val="5"/>
  </w:num>
  <w:num w:numId="4" w16cid:durableId="1956332154">
    <w:abstractNumId w:val="4"/>
  </w:num>
  <w:num w:numId="5" w16cid:durableId="16347757">
    <w:abstractNumId w:val="7"/>
  </w:num>
  <w:num w:numId="6" w16cid:durableId="2106608333">
    <w:abstractNumId w:val="3"/>
  </w:num>
  <w:num w:numId="7" w16cid:durableId="834108766">
    <w:abstractNumId w:val="2"/>
  </w:num>
  <w:num w:numId="8" w16cid:durableId="1082727005">
    <w:abstractNumId w:val="1"/>
  </w:num>
  <w:num w:numId="9" w16cid:durableId="180684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7B7"/>
    <w:rsid w:val="00034616"/>
    <w:rsid w:val="00036F0C"/>
    <w:rsid w:val="0006063C"/>
    <w:rsid w:val="00071966"/>
    <w:rsid w:val="0015074B"/>
    <w:rsid w:val="001F677E"/>
    <w:rsid w:val="0029639D"/>
    <w:rsid w:val="002F42AE"/>
    <w:rsid w:val="00325449"/>
    <w:rsid w:val="00326F90"/>
    <w:rsid w:val="00357ACD"/>
    <w:rsid w:val="005E1F2B"/>
    <w:rsid w:val="00696A1E"/>
    <w:rsid w:val="007B2B08"/>
    <w:rsid w:val="008E7965"/>
    <w:rsid w:val="009279F4"/>
    <w:rsid w:val="009632CC"/>
    <w:rsid w:val="00974DDC"/>
    <w:rsid w:val="00AA1D8D"/>
    <w:rsid w:val="00B06BC8"/>
    <w:rsid w:val="00B2660C"/>
    <w:rsid w:val="00B47730"/>
    <w:rsid w:val="00CB0664"/>
    <w:rsid w:val="00D243DE"/>
    <w:rsid w:val="00D4368B"/>
    <w:rsid w:val="00D7425E"/>
    <w:rsid w:val="00EA194B"/>
    <w:rsid w:val="00EB4D32"/>
    <w:rsid w:val="00EF59CE"/>
    <w:rsid w:val="00FC693F"/>
    <w:rsid w:val="00FD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96F90"/>
  <w14:defaultImageDpi w14:val="300"/>
  <w15:docId w15:val="{F6BCF8A8-2085-47CE-9B3B-5EB65D2A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 Sarah</dc:creator>
  <cp:keywords/>
  <dc:description>generated by python-docx</dc:description>
  <cp:lastModifiedBy>Holt, Sarah</cp:lastModifiedBy>
  <cp:revision>19</cp:revision>
  <dcterms:created xsi:type="dcterms:W3CDTF">2026-08-03T08:50:00Z</dcterms:created>
  <dcterms:modified xsi:type="dcterms:W3CDTF">2026-08-04T14:12:00Z</dcterms:modified>
  <cp:category/>
</cp:coreProperties>
</file>