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6E5"/>
  <w:body>
    <w:p w14:paraId="092CF129" w14:textId="290A3FD3" w:rsidR="00554999" w:rsidRDefault="005A6F8F" w:rsidP="007C4D53">
      <w:pPr>
        <w:jc w:val="center"/>
        <w:rPr>
          <w:rFonts w:ascii="Century Gothic" w:hAnsi="Century Gothic"/>
          <w:b/>
          <w:color w:val="002060"/>
          <w:sz w:val="36"/>
        </w:rPr>
      </w:pPr>
      <w:r w:rsidRPr="00645FD9">
        <w:rPr>
          <w:rFonts w:ascii="Century Gothic" w:hAnsi="Century Gothic"/>
          <w:b/>
          <w:color w:val="002060"/>
          <w:sz w:val="36"/>
        </w:rPr>
        <w:t>Parent/Carer Views for Annual Review</w:t>
      </w:r>
    </w:p>
    <w:p w14:paraId="0FB3F6FF" w14:textId="77777777" w:rsidR="005711C1" w:rsidRPr="00645FD9" w:rsidRDefault="005711C1">
      <w:pPr>
        <w:jc w:val="center"/>
        <w:rPr>
          <w:rFonts w:ascii="Century Gothic" w:hAnsi="Century Gothic"/>
          <w:color w:val="002060"/>
        </w:rPr>
      </w:pPr>
    </w:p>
    <w:p w14:paraId="1C2C6E11" w14:textId="77777777" w:rsidR="00554999" w:rsidRDefault="005A6F8F">
      <w:pPr>
        <w:rPr>
          <w:rFonts w:ascii="Century Gothic" w:hAnsi="Century Gothic"/>
          <w:color w:val="002060"/>
        </w:rPr>
      </w:pPr>
      <w:r w:rsidRPr="00645FD9">
        <w:rPr>
          <w:rFonts w:ascii="Century Gothic" w:hAnsi="Century Gothic"/>
          <w:color w:val="002060"/>
        </w:rPr>
        <w:t>Please complete in whichever way works best for you. You can write, type, bullet point, or discuss with a member of staff who can record your views.</w:t>
      </w:r>
    </w:p>
    <w:p w14:paraId="463EF1D2" w14:textId="56C409E9" w:rsidR="005711C1" w:rsidRPr="00645FD9" w:rsidRDefault="005711C1">
      <w:pPr>
        <w:rPr>
          <w:rFonts w:ascii="Century Gothic" w:hAnsi="Century Gothic"/>
          <w:color w:val="002060"/>
        </w:rPr>
      </w:pPr>
    </w:p>
    <w:p w14:paraId="576E7471" w14:textId="497A53AA" w:rsidR="007D520A" w:rsidRDefault="00583D30">
      <w:pPr>
        <w:rPr>
          <w:rFonts w:ascii="Century Gothic" w:hAnsi="Century Gothic"/>
          <w:color w:val="002060"/>
        </w:rPr>
      </w:pPr>
      <w:r w:rsidRPr="00583D30">
        <w:rPr>
          <w:rFonts w:ascii="Century Gothic" w:hAnsi="Century Gothic"/>
          <w:noProof/>
          <w:color w:val="002060"/>
        </w:rPr>
        <mc:AlternateContent>
          <mc:Choice Requires="wps">
            <w:drawing>
              <wp:anchor distT="45720" distB="45720" distL="114300" distR="114300" simplePos="0" relativeHeight="251660287" behindDoc="0" locked="0" layoutInCell="1" allowOverlap="1" wp14:anchorId="12706A1A" wp14:editId="71017858">
                <wp:simplePos x="0" y="0"/>
                <wp:positionH relativeFrom="margin">
                  <wp:align>left</wp:align>
                </wp:positionH>
                <wp:positionV relativeFrom="paragraph">
                  <wp:posOffset>890270</wp:posOffset>
                </wp:positionV>
                <wp:extent cx="5422900" cy="1606550"/>
                <wp:effectExtent l="0" t="0" r="25400" b="1270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22900" cy="1606550"/>
                        </a:xfrm>
                        <a:prstGeom prst="rect">
                          <a:avLst/>
                        </a:prstGeom>
                        <a:solidFill>
                          <a:srgbClr val="FFF6E5"/>
                        </a:solidFill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A5805D" w14:textId="32091A13" w:rsidR="00583D30" w:rsidRDefault="00583D3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706A1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70.1pt;width:427pt;height:126.5pt;z-index:251660287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" fillcolor="#fff6e5" strokecolor="#4f81bd [3204]" strokeweight="2pt">
                <v:textbox>
                  <w:txbxContent>
                    <w:p w14:paraId="0CA5805D" w14:textId="32091A13" w:rsidR="00583D30" w:rsidRDefault="00583D30"/>
                  </w:txbxContent>
                </v:textbox>
                <w10:wrap type="square" anchorx="margin"/>
              </v:shape>
            </w:pict>
          </mc:Fallback>
        </mc:AlternateContent>
      </w:r>
      <w:r w:rsidR="005A6F8F" w:rsidRPr="00645FD9">
        <w:rPr>
          <w:rFonts w:ascii="Century Gothic" w:hAnsi="Century Gothic"/>
          <w:color w:val="002060"/>
        </w:rPr>
        <w:br/>
        <w:t xml:space="preserve">What is </w:t>
      </w:r>
      <w:r w:rsidR="005A6F8F" w:rsidRPr="00BF15C1">
        <w:rPr>
          <w:rFonts w:ascii="Century Gothic" w:hAnsi="Century Gothic"/>
          <w:b/>
          <w:bCs/>
          <w:color w:val="002060"/>
        </w:rPr>
        <w:t>working well</w:t>
      </w:r>
      <w:r w:rsidR="005A6F8F" w:rsidRPr="00645FD9">
        <w:rPr>
          <w:rFonts w:ascii="Century Gothic" w:hAnsi="Century Gothic"/>
          <w:color w:val="002060"/>
        </w:rPr>
        <w:t xml:space="preserve"> for my child? (learning, communication, friendships, independence, wellbeing, support)</w:t>
      </w:r>
    </w:p>
    <w:p w14:paraId="2D32A62A" w14:textId="77777777" w:rsidR="009F5BE4" w:rsidRDefault="005A6F8F">
      <w:pPr>
        <w:rPr>
          <w:rFonts w:ascii="Century Gothic" w:hAnsi="Century Gothic"/>
          <w:color w:val="002060"/>
        </w:rPr>
      </w:pPr>
      <w:r w:rsidRPr="00645FD9">
        <w:rPr>
          <w:rFonts w:ascii="Century Gothic" w:hAnsi="Century Gothic"/>
          <w:color w:val="002060"/>
        </w:rPr>
        <w:br/>
      </w:r>
    </w:p>
    <w:p w14:paraId="259480A5" w14:textId="5BD43D98" w:rsidR="00554999" w:rsidRPr="00645FD9" w:rsidRDefault="005A6F8F">
      <w:pPr>
        <w:rPr>
          <w:rFonts w:ascii="Century Gothic" w:hAnsi="Century Gothic"/>
          <w:color w:val="002060"/>
        </w:rPr>
      </w:pPr>
      <w:r w:rsidRPr="00645FD9">
        <w:rPr>
          <w:rFonts w:ascii="Century Gothic" w:hAnsi="Century Gothic"/>
          <w:color w:val="002060"/>
        </w:rPr>
        <w:t xml:space="preserve">What would I like to </w:t>
      </w:r>
      <w:r w:rsidRPr="00BF15C1">
        <w:rPr>
          <w:rFonts w:ascii="Century Gothic" w:hAnsi="Century Gothic"/>
          <w:b/>
          <w:bCs/>
          <w:color w:val="002060"/>
        </w:rPr>
        <w:t>improve</w:t>
      </w:r>
      <w:r w:rsidRPr="00645FD9">
        <w:rPr>
          <w:rFonts w:ascii="Century Gothic" w:hAnsi="Century Gothic"/>
          <w:color w:val="002060"/>
        </w:rPr>
        <w:t xml:space="preserve"> for my child over the next year?</w:t>
      </w:r>
      <w:r w:rsidR="00F0156D" w:rsidRPr="00583D30">
        <w:rPr>
          <w:rFonts w:ascii="Century Gothic" w:hAnsi="Century Gothic"/>
          <w:noProof/>
          <w:color w:val="002060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1A37EF73" wp14:editId="6EE9E1B8">
                <wp:simplePos x="0" y="0"/>
                <wp:positionH relativeFrom="margin">
                  <wp:posOffset>0</wp:posOffset>
                </wp:positionH>
                <wp:positionV relativeFrom="paragraph">
                  <wp:posOffset>368935</wp:posOffset>
                </wp:positionV>
                <wp:extent cx="5422900" cy="1606550"/>
                <wp:effectExtent l="0" t="0" r="25400" b="12700"/>
                <wp:wrapSquare wrapText="bothSides"/>
                <wp:docPr id="175799778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22900" cy="1606550"/>
                        </a:xfrm>
                        <a:prstGeom prst="rect">
                          <a:avLst/>
                        </a:prstGeom>
                        <a:solidFill>
                          <a:srgbClr val="FFF6E5"/>
                        </a:solidFill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855626" w14:textId="77777777" w:rsidR="00F0156D" w:rsidRDefault="00F0156D" w:rsidP="00F0156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37EF73" id="_x0000_s1027" type="#_x0000_t202" style="position:absolute;margin-left:0;margin-top:29.05pt;width:427pt;height:1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" fillcolor="#fff6e5" strokecolor="#4f81bd [3204]" strokeweight="2pt">
                <v:textbox>
                  <w:txbxContent>
                    <w:p w14:paraId="74855626" w14:textId="77777777" w:rsidR="00F0156D" w:rsidRDefault="00F0156D" w:rsidP="00F0156D"/>
                  </w:txbxContent>
                </v:textbox>
                <w10:wrap type="square" anchorx="margin"/>
              </v:shape>
            </w:pict>
          </mc:Fallback>
        </mc:AlternateContent>
      </w:r>
    </w:p>
    <w:p w14:paraId="547C38D8" w14:textId="00D7F825" w:rsidR="005711C1" w:rsidRDefault="005A6F8F">
      <w:pPr>
        <w:rPr>
          <w:rFonts w:ascii="Century Gothic" w:hAnsi="Century Gothic"/>
          <w:color w:val="002060"/>
        </w:rPr>
      </w:pPr>
      <w:r w:rsidRPr="00645FD9">
        <w:rPr>
          <w:rFonts w:ascii="Century Gothic" w:hAnsi="Century Gothic"/>
          <w:color w:val="002060"/>
        </w:rPr>
        <w:br/>
      </w:r>
    </w:p>
    <w:p w14:paraId="5C1DA046" w14:textId="77777777" w:rsidR="00F0156D" w:rsidRDefault="00F0156D">
      <w:pPr>
        <w:rPr>
          <w:rFonts w:ascii="Century Gothic" w:hAnsi="Century Gothic"/>
          <w:color w:val="002060"/>
        </w:rPr>
      </w:pPr>
    </w:p>
    <w:p w14:paraId="4D1801A6" w14:textId="7BE3CB56" w:rsidR="00554999" w:rsidRPr="00645FD9" w:rsidRDefault="00F0156D">
      <w:pPr>
        <w:rPr>
          <w:rFonts w:ascii="Century Gothic" w:hAnsi="Century Gothic"/>
          <w:color w:val="002060"/>
        </w:rPr>
      </w:pPr>
      <w:r w:rsidRPr="00583D30">
        <w:rPr>
          <w:rFonts w:ascii="Century Gothic" w:hAnsi="Century Gothic"/>
          <w:noProof/>
          <w:color w:val="002060"/>
        </w:rPr>
        <w:lastRenderedPageBreak/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6770E3E4" wp14:editId="2FE2E457">
                <wp:simplePos x="0" y="0"/>
                <wp:positionH relativeFrom="margin">
                  <wp:posOffset>-12700</wp:posOffset>
                </wp:positionH>
                <wp:positionV relativeFrom="paragraph">
                  <wp:posOffset>421005</wp:posOffset>
                </wp:positionV>
                <wp:extent cx="5422900" cy="1606550"/>
                <wp:effectExtent l="0" t="0" r="25400" b="12700"/>
                <wp:wrapSquare wrapText="bothSides"/>
                <wp:docPr id="15779935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22900" cy="1606550"/>
                        </a:xfrm>
                        <a:prstGeom prst="rect">
                          <a:avLst/>
                        </a:prstGeom>
                        <a:solidFill>
                          <a:srgbClr val="FFF6E5"/>
                        </a:solidFill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231B3B" w14:textId="77777777" w:rsidR="00F0156D" w:rsidRDefault="00F0156D" w:rsidP="00F0156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70E3E4" id="_x0000_s1028" type="#_x0000_t202" style="position:absolute;margin-left:-1pt;margin-top:33.15pt;width:427pt;height:126.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" fillcolor="#fff6e5" strokecolor="#4f81bd [3204]" strokeweight="2pt">
                <v:textbox>
                  <w:txbxContent>
                    <w:p w14:paraId="1F231B3B" w14:textId="77777777" w:rsidR="00F0156D" w:rsidRDefault="00F0156D" w:rsidP="00F0156D"/>
                  </w:txbxContent>
                </v:textbox>
                <w10:wrap type="square" anchorx="margin"/>
              </v:shape>
            </w:pict>
          </mc:Fallback>
        </mc:AlternateContent>
      </w:r>
      <w:r w:rsidR="005A6F8F" w:rsidRPr="00645FD9">
        <w:rPr>
          <w:rFonts w:ascii="Century Gothic" w:hAnsi="Century Gothic"/>
          <w:color w:val="002060"/>
        </w:rPr>
        <w:t xml:space="preserve">What are my </w:t>
      </w:r>
      <w:r w:rsidR="005A6F8F" w:rsidRPr="00BF15C1">
        <w:rPr>
          <w:rFonts w:ascii="Century Gothic" w:hAnsi="Century Gothic"/>
          <w:b/>
          <w:bCs/>
          <w:color w:val="002060"/>
        </w:rPr>
        <w:t>hopes and aspirations</w:t>
      </w:r>
      <w:r w:rsidR="005A6F8F" w:rsidRPr="00645FD9">
        <w:rPr>
          <w:rFonts w:ascii="Century Gothic" w:hAnsi="Century Gothic"/>
          <w:color w:val="002060"/>
        </w:rPr>
        <w:t xml:space="preserve"> for the next 12 months?</w:t>
      </w:r>
    </w:p>
    <w:p w14:paraId="0D0B9B26" w14:textId="29DFCE2F" w:rsidR="009F5BE4" w:rsidRDefault="005A6F8F">
      <w:pPr>
        <w:rPr>
          <w:rFonts w:ascii="Century Gothic" w:hAnsi="Century Gothic"/>
          <w:color w:val="002060"/>
        </w:rPr>
      </w:pPr>
      <w:r w:rsidRPr="00645FD9">
        <w:rPr>
          <w:rFonts w:ascii="Century Gothic" w:hAnsi="Century Gothic"/>
          <w:color w:val="002060"/>
        </w:rPr>
        <w:br/>
      </w:r>
    </w:p>
    <w:p w14:paraId="36CE0D70" w14:textId="09F5984D" w:rsidR="00554999" w:rsidRPr="00645FD9" w:rsidRDefault="009F5BE4">
      <w:pPr>
        <w:rPr>
          <w:rFonts w:ascii="Century Gothic" w:hAnsi="Century Gothic"/>
          <w:color w:val="002060"/>
        </w:rPr>
      </w:pPr>
      <w:r w:rsidRPr="00583D30">
        <w:rPr>
          <w:rFonts w:ascii="Century Gothic" w:hAnsi="Century Gothic"/>
          <w:noProof/>
          <w:color w:val="002060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27759B90" wp14:editId="5A4DBE7B">
                <wp:simplePos x="0" y="0"/>
                <wp:positionH relativeFrom="margin">
                  <wp:align>center</wp:align>
                </wp:positionH>
                <wp:positionV relativeFrom="paragraph">
                  <wp:posOffset>533400</wp:posOffset>
                </wp:positionV>
                <wp:extent cx="5422900" cy="1606550"/>
                <wp:effectExtent l="0" t="0" r="25400" b="12700"/>
                <wp:wrapSquare wrapText="bothSides"/>
                <wp:docPr id="75503807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22900" cy="1606550"/>
                        </a:xfrm>
                        <a:prstGeom prst="rect">
                          <a:avLst/>
                        </a:prstGeom>
                        <a:solidFill>
                          <a:srgbClr val="FFF6E5"/>
                        </a:solidFill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4FEC40" w14:textId="77777777" w:rsidR="00F0156D" w:rsidRDefault="00F0156D" w:rsidP="00F0156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759B90" id="_x0000_s1029" type="#_x0000_t202" style="position:absolute;margin-left:0;margin-top:42pt;width:427pt;height:126.5pt;z-index:251671552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" fillcolor="#fff6e5" strokecolor="#4f81bd [3204]" strokeweight="2pt">
                <v:textbox>
                  <w:txbxContent>
                    <w:p w14:paraId="7A4FEC40" w14:textId="77777777" w:rsidR="00F0156D" w:rsidRDefault="00F0156D" w:rsidP="00F0156D"/>
                  </w:txbxContent>
                </v:textbox>
                <w10:wrap type="square" anchorx="margin"/>
              </v:shape>
            </w:pict>
          </mc:Fallback>
        </mc:AlternateContent>
      </w:r>
      <w:r w:rsidR="005A6F8F" w:rsidRPr="00645FD9">
        <w:rPr>
          <w:rFonts w:ascii="Century Gothic" w:hAnsi="Century Gothic"/>
          <w:color w:val="002060"/>
        </w:rPr>
        <w:t xml:space="preserve">What are my </w:t>
      </w:r>
      <w:r w:rsidR="005A6F8F" w:rsidRPr="00BF15C1">
        <w:rPr>
          <w:rFonts w:ascii="Century Gothic" w:hAnsi="Century Gothic"/>
          <w:b/>
          <w:bCs/>
          <w:color w:val="002060"/>
        </w:rPr>
        <w:t>long-term hopes for adulthood</w:t>
      </w:r>
      <w:r w:rsidR="005A6F8F" w:rsidRPr="00645FD9">
        <w:rPr>
          <w:rFonts w:ascii="Century Gothic" w:hAnsi="Century Gothic"/>
          <w:color w:val="002060"/>
        </w:rPr>
        <w:t>? (education, employment, independence, community life)</w:t>
      </w:r>
    </w:p>
    <w:p w14:paraId="0F5BCBA7" w14:textId="2C5DD5A7" w:rsidR="005711C1" w:rsidRDefault="005A6F8F">
      <w:pPr>
        <w:rPr>
          <w:rFonts w:ascii="Century Gothic" w:hAnsi="Century Gothic"/>
          <w:color w:val="002060"/>
        </w:rPr>
      </w:pPr>
      <w:r w:rsidRPr="00645FD9">
        <w:rPr>
          <w:rFonts w:ascii="Century Gothic" w:hAnsi="Century Gothic"/>
          <w:color w:val="002060"/>
        </w:rPr>
        <w:br/>
      </w:r>
    </w:p>
    <w:p w14:paraId="4B96BA21" w14:textId="005132BD" w:rsidR="00554999" w:rsidRPr="00645FD9" w:rsidRDefault="00F0156D">
      <w:pPr>
        <w:rPr>
          <w:rFonts w:ascii="Century Gothic" w:hAnsi="Century Gothic"/>
          <w:color w:val="002060"/>
        </w:rPr>
      </w:pPr>
      <w:r w:rsidRPr="00583D30">
        <w:rPr>
          <w:rFonts w:ascii="Century Gothic" w:hAnsi="Century Gothic"/>
          <w:noProof/>
          <w:color w:val="002060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4614359B" wp14:editId="105956F3">
                <wp:simplePos x="0" y="0"/>
                <wp:positionH relativeFrom="margin">
                  <wp:posOffset>0</wp:posOffset>
                </wp:positionH>
                <wp:positionV relativeFrom="paragraph">
                  <wp:posOffset>375285</wp:posOffset>
                </wp:positionV>
                <wp:extent cx="5422900" cy="1606550"/>
                <wp:effectExtent l="0" t="0" r="25400" b="12700"/>
                <wp:wrapSquare wrapText="bothSides"/>
                <wp:docPr id="11669866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22900" cy="1606550"/>
                        </a:xfrm>
                        <a:prstGeom prst="rect">
                          <a:avLst/>
                        </a:prstGeom>
                        <a:solidFill>
                          <a:srgbClr val="FFF6E5"/>
                        </a:solidFill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D3324A" w14:textId="77777777" w:rsidR="00F0156D" w:rsidRDefault="00F0156D" w:rsidP="00F0156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14359B" id="_x0000_s1030" type="#_x0000_t202" style="position:absolute;margin-left:0;margin-top:29.55pt;width:427pt;height:126.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" fillcolor="#fff6e5" strokecolor="#4f81bd [3204]" strokeweight="2pt">
                <v:textbox>
                  <w:txbxContent>
                    <w:p w14:paraId="12D3324A" w14:textId="77777777" w:rsidR="00F0156D" w:rsidRDefault="00F0156D" w:rsidP="00F0156D"/>
                  </w:txbxContent>
                </v:textbox>
                <w10:wrap type="square" anchorx="margin"/>
              </v:shape>
            </w:pict>
          </mc:Fallback>
        </mc:AlternateContent>
      </w:r>
      <w:r w:rsidR="005A6F8F" w:rsidRPr="00645FD9">
        <w:rPr>
          <w:rFonts w:ascii="Century Gothic" w:hAnsi="Century Gothic"/>
          <w:color w:val="002060"/>
        </w:rPr>
        <w:t xml:space="preserve">Is there anything else I would like </w:t>
      </w:r>
      <w:r w:rsidR="005A6F8F" w:rsidRPr="00BF15C1">
        <w:rPr>
          <w:rFonts w:ascii="Century Gothic" w:hAnsi="Century Gothic"/>
          <w:b/>
          <w:bCs/>
          <w:color w:val="002060"/>
        </w:rPr>
        <w:t>professionals to know</w:t>
      </w:r>
      <w:r w:rsidR="005A6F8F" w:rsidRPr="00645FD9">
        <w:rPr>
          <w:rFonts w:ascii="Century Gothic" w:hAnsi="Century Gothic"/>
          <w:color w:val="002060"/>
        </w:rPr>
        <w:t>?</w:t>
      </w:r>
    </w:p>
    <w:sectPr w:rsidR="00554999" w:rsidRPr="00645FD9" w:rsidSect="00034616">
      <w:head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9E88DB" w14:textId="77777777" w:rsidR="00440EA4" w:rsidRDefault="00440EA4" w:rsidP="00D5389A">
      <w:pPr>
        <w:spacing w:after="0" w:line="240" w:lineRule="auto"/>
      </w:pPr>
      <w:r>
        <w:separator/>
      </w:r>
    </w:p>
  </w:endnote>
  <w:endnote w:type="continuationSeparator" w:id="0">
    <w:p w14:paraId="5FAE7BFA" w14:textId="77777777" w:rsidR="00440EA4" w:rsidRDefault="00440EA4" w:rsidP="00D538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0AABCD" w14:textId="77777777" w:rsidR="00440EA4" w:rsidRDefault="00440EA4" w:rsidP="00D5389A">
      <w:pPr>
        <w:spacing w:after="0" w:line="240" w:lineRule="auto"/>
      </w:pPr>
      <w:r>
        <w:separator/>
      </w:r>
    </w:p>
  </w:footnote>
  <w:footnote w:type="continuationSeparator" w:id="0">
    <w:p w14:paraId="6096F777" w14:textId="77777777" w:rsidR="00440EA4" w:rsidRDefault="00440EA4" w:rsidP="00D538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3183B" w14:textId="4679B585" w:rsidR="00D5389A" w:rsidRDefault="007C4D53" w:rsidP="00D01277">
    <w:pPr>
      <w:pStyle w:val="Header"/>
      <w:jc w:val="right"/>
    </w:pPr>
    <w:r>
      <w:rPr>
        <w:noProof/>
      </w:rPr>
      <w:drawing>
        <wp:inline distT="0" distB="0" distL="0" distR="0" wp14:anchorId="26D8B9E4" wp14:editId="63978297">
          <wp:extent cx="5486400" cy="706120"/>
          <wp:effectExtent l="0" t="0" r="0" b="0"/>
          <wp:docPr id="317070732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86400" cy="706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75C45">
      <w:rPr>
        <w:noProof/>
      </w:rPr>
      <mc:AlternateContent>
        <mc:Choice Requires="wps">
          <w:drawing>
            <wp:inline distT="0" distB="0" distL="0" distR="0" wp14:anchorId="5C3F18F9" wp14:editId="605C2E70">
              <wp:extent cx="304800" cy="304800"/>
              <wp:effectExtent l="0" t="0" r="0" b="0"/>
              <wp:docPr id="504688752" name="Rectangl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20EE8AA0" id="Rectangle 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<o:lock v:ext="edit" aspectratio="t"/>
              <w10:anchorlock/>
            </v:rect>
          </w:pict>
        </mc:Fallback>
      </mc:AlternateContent>
    </w:r>
    <w:r w:rsidR="00002720" w:rsidRPr="00002720">
      <w:t xml:space="preserve"> </w:t>
    </w:r>
    <w:r w:rsidR="00002720">
      <w:rPr>
        <w:noProof/>
      </w:rPr>
      <mc:AlternateContent>
        <mc:Choice Requires="wps">
          <w:drawing>
            <wp:inline distT="0" distB="0" distL="0" distR="0" wp14:anchorId="3E87EC5D" wp14:editId="227B3EA5">
              <wp:extent cx="304800" cy="304800"/>
              <wp:effectExtent l="0" t="0" r="0" b="0"/>
              <wp:docPr id="1754257652" name="Rectangle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3EEF00F2" id="Rectangle 3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<o:lock v:ext="edit" aspectratio="t"/>
              <w10:anchorlock/>
            </v:rect>
          </w:pict>
        </mc:Fallback>
      </mc:AlternateContent>
    </w:r>
    <w:r w:rsidR="00002720" w:rsidRPr="00002720">
      <w:rPr>
        <w:noProof/>
      </w:rPr>
      <w:t xml:space="preserve"> </w:t>
    </w:r>
  </w:p>
  <w:p w14:paraId="16B34267" w14:textId="77777777" w:rsidR="00D5389A" w:rsidRDefault="00D5389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10061742">
    <w:abstractNumId w:val="8"/>
  </w:num>
  <w:num w:numId="2" w16cid:durableId="1856339666">
    <w:abstractNumId w:val="6"/>
  </w:num>
  <w:num w:numId="3" w16cid:durableId="2095928976">
    <w:abstractNumId w:val="5"/>
  </w:num>
  <w:num w:numId="4" w16cid:durableId="1656373570">
    <w:abstractNumId w:val="4"/>
  </w:num>
  <w:num w:numId="5" w16cid:durableId="1235312700">
    <w:abstractNumId w:val="7"/>
  </w:num>
  <w:num w:numId="6" w16cid:durableId="2076316677">
    <w:abstractNumId w:val="3"/>
  </w:num>
  <w:num w:numId="7" w16cid:durableId="655575960">
    <w:abstractNumId w:val="2"/>
  </w:num>
  <w:num w:numId="8" w16cid:durableId="665211964">
    <w:abstractNumId w:val="1"/>
  </w:num>
  <w:num w:numId="9" w16cid:durableId="8339088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displayBackgroundShape/>
  <w:defaultTabStop w:val="720"/>
  <w:characterSpacingControl w:val="doNotCompress"/>
  <w:hdrShapeDefaults>
    <o:shapedefaults v:ext="edit" spidmax="2050">
      <o:colormru v:ext="edit" colors="#fefbce,#fff2cd,#ffeecd,#fff6e5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2720"/>
    <w:rsid w:val="00034616"/>
    <w:rsid w:val="0006063C"/>
    <w:rsid w:val="0015074B"/>
    <w:rsid w:val="001B13A7"/>
    <w:rsid w:val="0021494E"/>
    <w:rsid w:val="0029639D"/>
    <w:rsid w:val="00322824"/>
    <w:rsid w:val="00325449"/>
    <w:rsid w:val="00326F90"/>
    <w:rsid w:val="00440EA4"/>
    <w:rsid w:val="00554999"/>
    <w:rsid w:val="005711C1"/>
    <w:rsid w:val="00583D30"/>
    <w:rsid w:val="005A6F8F"/>
    <w:rsid w:val="00645FD9"/>
    <w:rsid w:val="00664CFE"/>
    <w:rsid w:val="007C4D53"/>
    <w:rsid w:val="007D520A"/>
    <w:rsid w:val="00975C45"/>
    <w:rsid w:val="009D4F48"/>
    <w:rsid w:val="009F5BE4"/>
    <w:rsid w:val="00AA1D8D"/>
    <w:rsid w:val="00AF49F2"/>
    <w:rsid w:val="00B47730"/>
    <w:rsid w:val="00B755CC"/>
    <w:rsid w:val="00BF15C1"/>
    <w:rsid w:val="00CB0664"/>
    <w:rsid w:val="00D01277"/>
    <w:rsid w:val="00D3371C"/>
    <w:rsid w:val="00D5389A"/>
    <w:rsid w:val="00EA194B"/>
    <w:rsid w:val="00EC41E4"/>
    <w:rsid w:val="00F0156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o:colormru v:ext="edit" colors="#fefbce,#fff2cd,#ffeecd,#fff6e5"/>
    </o:shapedefaults>
    <o:shapelayout v:ext="edit">
      <o:idmap v:ext="edit" data="2"/>
    </o:shapelayout>
  </w:shapeDefaults>
  <w:decimalSymbol w:val="."/>
  <w:listSeparator w:val=","/>
  <w14:docId w14:val="53C8180A"/>
  <w14:defaultImageDpi w14:val="300"/>
  <w15:docId w15:val="{F6BCF8A8-2085-47CE-9B3B-5EB65D2A4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87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Holt, Sarah</dc:creator>
  <cp:keywords/>
  <dc:description>generated by python-docx</dc:description>
  <cp:lastModifiedBy>Holt, Sarah</cp:lastModifiedBy>
  <cp:revision>21</cp:revision>
  <dcterms:created xsi:type="dcterms:W3CDTF">2026-08-03T08:49:00Z</dcterms:created>
  <dcterms:modified xsi:type="dcterms:W3CDTF">2026-08-04T14:17:00Z</dcterms:modified>
  <cp:category/>
</cp:coreProperties>
</file>