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6E5"/>
  <w:body>
    <w:p w14:paraId="03FD99C3" w14:textId="77777777" w:rsidR="00D30F79" w:rsidRDefault="00D30F79" w:rsidP="00390F62">
      <w:pPr>
        <w:rPr>
          <w:b/>
          <w:sz w:val="36"/>
        </w:rPr>
      </w:pPr>
    </w:p>
    <w:p w14:paraId="485D0048" w14:textId="7DBE2E27" w:rsidR="00C13691" w:rsidRPr="00ED302E" w:rsidRDefault="00C25412">
      <w:pPr>
        <w:jc w:val="center"/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b/>
          <w:color w:val="002060"/>
          <w:sz w:val="36"/>
        </w:rPr>
        <w:t>My Views - Years 1 to 8</w:t>
      </w:r>
    </w:p>
    <w:p w14:paraId="32E0A1E6" w14:textId="6A9B1786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You can write, draw, use photos, symbols, AAC, or ask an adult to help.</w:t>
      </w:r>
    </w:p>
    <w:p w14:paraId="6EAFC2ED" w14:textId="336CA438" w:rsidR="00C13691" w:rsidRPr="00273CFE" w:rsidRDefault="00D20306">
      <w:pPr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40E63" wp14:editId="1B1FC662">
                <wp:simplePos x="0" y="0"/>
                <wp:positionH relativeFrom="column">
                  <wp:posOffset>4013200</wp:posOffset>
                </wp:positionH>
                <wp:positionV relativeFrom="paragraph">
                  <wp:posOffset>83185</wp:posOffset>
                </wp:positionV>
                <wp:extent cx="2133600" cy="1739900"/>
                <wp:effectExtent l="0" t="0" r="19050" b="12700"/>
                <wp:wrapNone/>
                <wp:docPr id="17962230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47068" id="Rectangle 2" o:spid="_x0000_s1026" style="position:absolute;margin-left:316pt;margin-top:6.55pt;width:168pt;height:1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Dh11h23gAAAAoBAAAPAAAAAAAAAAAAAAAAAKkEAABkcnMvZG93bnJldi54bWxQSwUGAAAA&#10;AAQABADzAAAAtAUAAAAA&#10;" filled="f" strokecolor="#4f81bd [3204]" strokeweight="2pt"/>
            </w:pict>
          </mc:Fallback>
        </mc:AlternateContent>
      </w:r>
      <w:r w:rsidRPr="00D30F79">
        <w:rPr>
          <w:rFonts w:ascii="Century Gothic" w:hAnsi="Century Gothic"/>
        </w:rPr>
        <w:br/>
      </w:r>
      <w:r w:rsidRPr="00ED302E">
        <w:rPr>
          <w:rFonts w:ascii="Century Gothic" w:hAnsi="Century Gothic"/>
          <w:color w:val="002060"/>
        </w:rPr>
        <w:t xml:space="preserve">Things I </w:t>
      </w:r>
      <w:r w:rsidRPr="00B132C5">
        <w:rPr>
          <w:rFonts w:ascii="Century Gothic" w:hAnsi="Century Gothic"/>
          <w:b/>
          <w:bCs/>
          <w:color w:val="002060"/>
        </w:rPr>
        <w:t>enjoy</w:t>
      </w:r>
      <w:r w:rsidRPr="00ED302E">
        <w:rPr>
          <w:rFonts w:ascii="Century Gothic" w:hAnsi="Century Gothic"/>
          <w:color w:val="002060"/>
        </w:rPr>
        <w:t xml:space="preserve"> </w:t>
      </w:r>
      <w:r w:rsidRPr="00273CFE">
        <w:rPr>
          <w:rFonts w:ascii="Segoe UI Emoji" w:hAnsi="Segoe UI Emoji" w:cs="Segoe UI Emoji"/>
          <w:sz w:val="40"/>
          <w:szCs w:val="40"/>
        </w:rPr>
        <w:t>😊</w:t>
      </w:r>
    </w:p>
    <w:p w14:paraId="67D5FE26" w14:textId="097EB621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1783E1FB" w14:textId="0EE1F8E7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60F4344E" w14:textId="642175AE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4DD6E34E" w14:textId="15A1C668" w:rsidR="00DB37EC" w:rsidRDefault="00DB37EC">
      <w:pPr>
        <w:rPr>
          <w:rFonts w:ascii="Century Gothic" w:hAnsi="Century Gothic"/>
          <w:color w:val="002060"/>
        </w:rPr>
      </w:pPr>
    </w:p>
    <w:p w14:paraId="4C710780" w14:textId="44BC2F85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A433E" wp14:editId="316CEEC1">
                <wp:simplePos x="0" y="0"/>
                <wp:positionH relativeFrom="column">
                  <wp:posOffset>4032250</wp:posOffset>
                </wp:positionH>
                <wp:positionV relativeFrom="paragraph">
                  <wp:posOffset>62865</wp:posOffset>
                </wp:positionV>
                <wp:extent cx="2133600" cy="1739900"/>
                <wp:effectExtent l="0" t="0" r="19050" b="12700"/>
                <wp:wrapNone/>
                <wp:docPr id="7647987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349E00" id="Rectangle 2" o:spid="_x0000_s1026" style="position:absolute;margin-left:317.5pt;margin-top:4.95pt;width:168pt;height:13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Gd8aNTdAAAACQEAAA8AAAAAAAAAAAAAAAAAqQQAAGRycy9kb3ducmV2LnhtbFBLBQYAAAAA&#10;BAAEAPMAAACzBQAAAAA=&#10;" filled="f" strokecolor="#4f81bd [3204]" strokeweight="2pt"/>
            </w:pict>
          </mc:Fallback>
        </mc:AlternateContent>
      </w:r>
    </w:p>
    <w:p w14:paraId="39811C6C" w14:textId="786E90F6" w:rsidR="00C13691" w:rsidRPr="00D30F79" w:rsidRDefault="00C25412">
      <w:pPr>
        <w:rPr>
          <w:rFonts w:ascii="Century Gothic" w:hAnsi="Century Gothic"/>
        </w:rPr>
      </w:pPr>
      <w:r w:rsidRPr="00ED302E">
        <w:rPr>
          <w:rFonts w:ascii="Century Gothic" w:hAnsi="Century Gothic"/>
          <w:color w:val="002060"/>
        </w:rPr>
        <w:t xml:space="preserve">Things I am </w:t>
      </w:r>
      <w:r w:rsidRPr="00B132C5">
        <w:rPr>
          <w:rFonts w:ascii="Century Gothic" w:hAnsi="Century Gothic"/>
          <w:b/>
          <w:bCs/>
          <w:color w:val="002060"/>
        </w:rPr>
        <w:t xml:space="preserve">good </w:t>
      </w:r>
      <w:r w:rsidRPr="00DB12BF">
        <w:rPr>
          <w:rFonts w:ascii="Century Gothic" w:hAnsi="Century Gothic"/>
          <w:b/>
          <w:bCs/>
          <w:color w:val="002060"/>
        </w:rPr>
        <w:t xml:space="preserve">at </w:t>
      </w:r>
      <w:r w:rsidRPr="00273CFE">
        <w:rPr>
          <w:rFonts w:ascii="Segoe UI Emoji" w:hAnsi="Segoe UI Emoji" w:cs="Segoe UI Emoji"/>
          <w:sz w:val="36"/>
          <w:szCs w:val="36"/>
        </w:rPr>
        <w:t>⭐</w:t>
      </w:r>
    </w:p>
    <w:p w14:paraId="292C2497" w14:textId="271FD5D1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</w:t>
      </w:r>
    </w:p>
    <w:p w14:paraId="1D848807" w14:textId="1CA1446D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</w:t>
      </w:r>
    </w:p>
    <w:p w14:paraId="1C17335B" w14:textId="5B782B4C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</w:t>
      </w:r>
    </w:p>
    <w:p w14:paraId="1B9EDC8D" w14:textId="77777777" w:rsidR="00DB37EC" w:rsidRDefault="00DB37EC">
      <w:pPr>
        <w:rPr>
          <w:rFonts w:ascii="Century Gothic" w:hAnsi="Century Gothic"/>
          <w:color w:val="002060"/>
        </w:rPr>
      </w:pPr>
    </w:p>
    <w:p w14:paraId="6737FDE1" w14:textId="2AEDA1EA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9385F0" wp14:editId="446D068D">
                <wp:simplePos x="0" y="0"/>
                <wp:positionH relativeFrom="column">
                  <wp:posOffset>4044950</wp:posOffset>
                </wp:positionH>
                <wp:positionV relativeFrom="paragraph">
                  <wp:posOffset>171450</wp:posOffset>
                </wp:positionV>
                <wp:extent cx="2133600" cy="1739900"/>
                <wp:effectExtent l="0" t="0" r="19050" b="12700"/>
                <wp:wrapNone/>
                <wp:docPr id="3803878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F1F69" id="Rectangle 2" o:spid="_x0000_s1026" style="position:absolute;margin-left:318.5pt;margin-top:13.5pt;width:168pt;height:13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At77Jz3gAAAAoBAAAPAAAAAAAAAAAAAAAAAKkEAABkcnMvZG93bnJldi54bWxQSwUGAAAA&#10;AAQABADzAAAAtAUAAAAA&#10;" filled="f" strokecolor="#4f81bd [3204]" strokeweight="2pt"/>
            </w:pict>
          </mc:Fallback>
        </mc:AlternateContent>
      </w:r>
    </w:p>
    <w:p w14:paraId="00633FDA" w14:textId="5B6379B4" w:rsidR="00C13691" w:rsidRPr="00D30F79" w:rsidRDefault="00C25412">
      <w:pPr>
        <w:rPr>
          <w:rFonts w:ascii="Century Gothic" w:hAnsi="Century Gothic"/>
        </w:rPr>
      </w:pPr>
      <w:r w:rsidRPr="00ED302E">
        <w:rPr>
          <w:rFonts w:ascii="Century Gothic" w:hAnsi="Century Gothic"/>
          <w:color w:val="002060"/>
        </w:rPr>
        <w:t xml:space="preserve">Things I find </w:t>
      </w:r>
      <w:r w:rsidRPr="00B132C5">
        <w:rPr>
          <w:rFonts w:ascii="Century Gothic" w:hAnsi="Century Gothic"/>
          <w:b/>
          <w:bCs/>
          <w:color w:val="002060"/>
        </w:rPr>
        <w:t>tricky</w:t>
      </w:r>
      <w:r w:rsidRPr="00ED302E">
        <w:rPr>
          <w:rFonts w:ascii="Century Gothic" w:hAnsi="Century Gothic"/>
          <w:color w:val="002060"/>
        </w:rPr>
        <w:t xml:space="preserve"> </w:t>
      </w:r>
      <w:r w:rsidRPr="00273CFE">
        <w:rPr>
          <w:rFonts w:ascii="Segoe UI Emoji" w:hAnsi="Segoe UI Emoji" w:cs="Segoe UI Emoji"/>
          <w:sz w:val="36"/>
          <w:szCs w:val="36"/>
        </w:rPr>
        <w:t>🤔</w:t>
      </w:r>
    </w:p>
    <w:p w14:paraId="7A95305C" w14:textId="382E8B55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</w:t>
      </w:r>
    </w:p>
    <w:p w14:paraId="486D3308" w14:textId="6DE41D6E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</w:t>
      </w:r>
    </w:p>
    <w:p w14:paraId="56E7F95F" w14:textId="171867A0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__________________________________________________</w:t>
      </w:r>
      <w:r w:rsidRPr="00D30F79">
        <w:rPr>
          <w:rFonts w:ascii="Century Gothic" w:hAnsi="Century Gothic"/>
        </w:rPr>
        <w:br/>
      </w:r>
    </w:p>
    <w:p w14:paraId="417732FC" w14:textId="5465279D" w:rsidR="00DB37EC" w:rsidRDefault="00DB37EC">
      <w:pPr>
        <w:rPr>
          <w:rFonts w:ascii="Century Gothic" w:hAnsi="Century Gothic"/>
          <w:color w:val="002060"/>
        </w:rPr>
      </w:pPr>
    </w:p>
    <w:p w14:paraId="783B4428" w14:textId="77777777" w:rsidR="00124E07" w:rsidRDefault="00124E07">
      <w:pPr>
        <w:rPr>
          <w:rFonts w:ascii="Century Gothic" w:hAnsi="Century Gothic"/>
          <w:color w:val="002060"/>
        </w:rPr>
      </w:pPr>
    </w:p>
    <w:p w14:paraId="244C4165" w14:textId="77777777" w:rsidR="00124E07" w:rsidRDefault="00124E07">
      <w:pPr>
        <w:rPr>
          <w:rFonts w:ascii="Century Gothic" w:hAnsi="Century Gothic"/>
          <w:color w:val="002060"/>
        </w:rPr>
      </w:pPr>
    </w:p>
    <w:p w14:paraId="621A9B6B" w14:textId="47532444" w:rsidR="00124E07" w:rsidRDefault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5D39DA" wp14:editId="27B1A383">
                <wp:simplePos x="0" y="0"/>
                <wp:positionH relativeFrom="column">
                  <wp:posOffset>4083050</wp:posOffset>
                </wp:positionH>
                <wp:positionV relativeFrom="paragraph">
                  <wp:posOffset>185790</wp:posOffset>
                </wp:positionV>
                <wp:extent cx="2133600" cy="1739900"/>
                <wp:effectExtent l="0" t="0" r="19050" b="12700"/>
                <wp:wrapNone/>
                <wp:docPr id="1170963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254898" id="Rectangle 2" o:spid="_x0000_s1026" style="position:absolute;margin-left:321.5pt;margin-top:14.65pt;width:168pt;height:13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Ct82Dl3gAAAAoBAAAPAAAAAAAAAAAAAAAAAKkEAABkcnMvZG93bnJldi54bWxQSwUGAAAA&#10;AAQABADzAAAAtAUAAAAA&#10;" filled="f" strokecolor="#4f81bd [3204]" strokeweight="2pt"/>
            </w:pict>
          </mc:Fallback>
        </mc:AlternateContent>
      </w:r>
    </w:p>
    <w:p w14:paraId="204B9AA4" w14:textId="37E7812B" w:rsidR="00C13691" w:rsidRPr="00D30F79" w:rsidRDefault="00C25412">
      <w:pPr>
        <w:rPr>
          <w:rFonts w:ascii="Century Gothic" w:hAnsi="Century Gothic"/>
        </w:rPr>
      </w:pPr>
      <w:r w:rsidRPr="00ED302E">
        <w:rPr>
          <w:rFonts w:ascii="Century Gothic" w:hAnsi="Century Gothic"/>
          <w:color w:val="002060"/>
        </w:rPr>
        <w:t xml:space="preserve">What </w:t>
      </w:r>
      <w:r w:rsidRPr="00B132C5">
        <w:rPr>
          <w:rFonts w:ascii="Century Gothic" w:hAnsi="Century Gothic"/>
          <w:b/>
          <w:bCs/>
          <w:color w:val="002060"/>
        </w:rPr>
        <w:t>helps me</w:t>
      </w:r>
      <w:r w:rsidRPr="00ED302E">
        <w:rPr>
          <w:rFonts w:ascii="Century Gothic" w:hAnsi="Century Gothic"/>
          <w:color w:val="002060"/>
        </w:rPr>
        <w:t xml:space="preserve"> in school </w:t>
      </w:r>
      <w:r w:rsidRPr="00273CFE">
        <w:rPr>
          <w:rFonts w:ascii="Segoe UI Emoji" w:hAnsi="Segoe UI Emoji" w:cs="Segoe UI Emoji"/>
          <w:sz w:val="36"/>
          <w:szCs w:val="36"/>
        </w:rPr>
        <w:t>🏫</w:t>
      </w:r>
    </w:p>
    <w:p w14:paraId="0F784C2A" w14:textId="176C36D0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</w:t>
      </w:r>
    </w:p>
    <w:p w14:paraId="150E9EC8" w14:textId="2FEC537E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</w:t>
      </w:r>
    </w:p>
    <w:p w14:paraId="4EDBD486" w14:textId="6C1C7492" w:rsidR="00DB37EC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____________________________________________________</w:t>
      </w:r>
      <w:r w:rsidRPr="00ED302E">
        <w:rPr>
          <w:rFonts w:ascii="Century Gothic" w:hAnsi="Century Gothic"/>
          <w:color w:val="002060"/>
        </w:rPr>
        <w:br/>
      </w:r>
    </w:p>
    <w:p w14:paraId="3D6014C7" w14:textId="77777777" w:rsidR="00DB37EC" w:rsidRDefault="00DB37EC">
      <w:pPr>
        <w:rPr>
          <w:rFonts w:ascii="Century Gothic" w:hAnsi="Century Gothic"/>
          <w:color w:val="002060"/>
        </w:rPr>
      </w:pPr>
    </w:p>
    <w:p w14:paraId="5C704173" w14:textId="67F46AA0" w:rsidR="00DB37EC" w:rsidRDefault="00DB37EC">
      <w:pPr>
        <w:rPr>
          <w:rFonts w:ascii="Century Gothic" w:hAnsi="Century Gothic"/>
          <w:color w:val="002060"/>
        </w:rPr>
      </w:pPr>
    </w:p>
    <w:p w14:paraId="19A145A6" w14:textId="26AB6181" w:rsidR="00124E07" w:rsidRDefault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686CA0" wp14:editId="0EB38CC0">
                <wp:simplePos x="0" y="0"/>
                <wp:positionH relativeFrom="column">
                  <wp:posOffset>4061460</wp:posOffset>
                </wp:positionH>
                <wp:positionV relativeFrom="paragraph">
                  <wp:posOffset>131710</wp:posOffset>
                </wp:positionV>
                <wp:extent cx="2133600" cy="1739900"/>
                <wp:effectExtent l="0" t="0" r="19050" b="12700"/>
                <wp:wrapNone/>
                <wp:docPr id="96683058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314EB" id="Rectangle 2" o:spid="_x0000_s1026" style="position:absolute;margin-left:319.8pt;margin-top:10.35pt;width:168pt;height:13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BuYk3l3gAAAAoBAAAPAAAAAAAAAAAAAAAAAKkEAABkcnMvZG93bnJldi54bWxQSwUGAAAA&#10;AAQABADzAAAAtAUAAAAA&#10;" filled="f" strokecolor="#4f81bd [3204]" strokeweight="2pt"/>
            </w:pict>
          </mc:Fallback>
        </mc:AlternateContent>
      </w:r>
    </w:p>
    <w:p w14:paraId="7A18ED51" w14:textId="4DB3C3EE" w:rsidR="002E42FB" w:rsidRPr="00277E6B" w:rsidRDefault="007A2659" w:rsidP="002E42FB">
      <w:pPr>
        <w:rPr>
          <w:rFonts w:ascii="Segoe UI Emoji" w:hAnsi="Segoe UI Emoji" w:cs="Segoe UI Emoji"/>
          <w:sz w:val="36"/>
          <w:szCs w:val="36"/>
          <w:lang w:val="en-GB"/>
        </w:rPr>
      </w:pPr>
      <w:r>
        <w:rPr>
          <w:rFonts w:ascii="Century Gothic" w:hAnsi="Century Gothic"/>
          <w:color w:val="002060"/>
          <w:lang w:val="en-GB"/>
        </w:rPr>
        <w:t>The</w:t>
      </w:r>
      <w:r w:rsidR="003C42AE" w:rsidRPr="003C42AE">
        <w:rPr>
          <w:rFonts w:ascii="Century Gothic" w:hAnsi="Century Gothic"/>
          <w:color w:val="002060"/>
          <w:lang w:val="en-GB"/>
        </w:rPr>
        <w:t xml:space="preserve"> best way to </w:t>
      </w:r>
      <w:r w:rsidR="003C42AE" w:rsidRPr="003C42AE">
        <w:rPr>
          <w:rFonts w:ascii="Century Gothic" w:hAnsi="Century Gothic"/>
          <w:b/>
          <w:bCs/>
          <w:color w:val="002060"/>
          <w:lang w:val="en-GB"/>
        </w:rPr>
        <w:t>communicate</w:t>
      </w:r>
      <w:r w:rsidR="003C42AE" w:rsidRPr="003C42AE">
        <w:rPr>
          <w:rFonts w:ascii="Century Gothic" w:hAnsi="Century Gothic"/>
          <w:color w:val="002060"/>
          <w:lang w:val="en-GB"/>
        </w:rPr>
        <w:t xml:space="preserve"> with </w:t>
      </w:r>
      <w:r w:rsidR="00B4030A">
        <w:rPr>
          <w:rFonts w:ascii="Century Gothic" w:hAnsi="Century Gothic"/>
          <w:color w:val="002060"/>
          <w:lang w:val="en-GB"/>
        </w:rPr>
        <w:t>me</w:t>
      </w:r>
      <w:r w:rsidR="00277E6B" w:rsidRPr="00277E6B">
        <w:rPr>
          <w:rFonts w:ascii="Segoe UI Emoji" w:eastAsia="Times New Roman" w:hAnsi="Segoe UI Emoji" w:cs="Segoe UI Emoji"/>
          <w:sz w:val="21"/>
          <w:szCs w:val="21"/>
          <w:lang w:val="en-GB" w:eastAsia="en-GB"/>
        </w:rPr>
        <w:t xml:space="preserve"> </w:t>
      </w:r>
      <w:r w:rsidR="00277E6B" w:rsidRPr="00277E6B">
        <w:rPr>
          <w:rFonts w:ascii="Segoe UI Emoji" w:hAnsi="Segoe UI Emoji" w:cs="Segoe UI Emoji"/>
          <w:sz w:val="36"/>
          <w:szCs w:val="36"/>
          <w:lang w:val="en-GB"/>
        </w:rPr>
        <w:t>💬</w:t>
      </w:r>
    </w:p>
    <w:p w14:paraId="07A72C95" w14:textId="184BC76B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33660C4C" w14:textId="0EE49711" w:rsidR="00C13691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3344AB40" w14:textId="71BEE774" w:rsidR="00DB37EC" w:rsidRPr="00ED302E" w:rsidRDefault="00DB37E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_____________________________________________________</w:t>
      </w:r>
    </w:p>
    <w:p w14:paraId="579785AB" w14:textId="77777777" w:rsidR="00CD18D9" w:rsidRDefault="00C25412">
      <w:pPr>
        <w:rPr>
          <w:rFonts w:ascii="Century Gothic" w:hAnsi="Century Gothic"/>
          <w:color w:val="002060"/>
        </w:rPr>
      </w:pPr>
      <w:r w:rsidRPr="00D30F79">
        <w:rPr>
          <w:rFonts w:ascii="Century Gothic" w:hAnsi="Century Gothic"/>
        </w:rPr>
        <w:br/>
      </w:r>
    </w:p>
    <w:p w14:paraId="6D0F0490" w14:textId="77777777" w:rsidR="00124E07" w:rsidRDefault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693BFF" wp14:editId="2C1500A7">
                <wp:simplePos x="0" y="0"/>
                <wp:positionH relativeFrom="column">
                  <wp:posOffset>4125580</wp:posOffset>
                </wp:positionH>
                <wp:positionV relativeFrom="paragraph">
                  <wp:posOffset>257264</wp:posOffset>
                </wp:positionV>
                <wp:extent cx="2133600" cy="1739900"/>
                <wp:effectExtent l="0" t="0" r="19050" b="12700"/>
                <wp:wrapNone/>
                <wp:docPr id="13634114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150D3" id="Rectangle 2" o:spid="_x0000_s1026" style="position:absolute;margin-left:324.85pt;margin-top:20.25pt;width:168pt;height:13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" filled="f" strokecolor="#4f81bd [3204]" strokeweight="2pt"/>
            </w:pict>
          </mc:Fallback>
        </mc:AlternateContent>
      </w:r>
    </w:p>
    <w:p w14:paraId="4808287F" w14:textId="77777777" w:rsidR="00124E07" w:rsidRDefault="00124E07">
      <w:pPr>
        <w:rPr>
          <w:rFonts w:ascii="Century Gothic" w:hAnsi="Century Gothic"/>
          <w:color w:val="002060"/>
        </w:rPr>
      </w:pPr>
    </w:p>
    <w:p w14:paraId="6BD513EA" w14:textId="60F78281" w:rsidR="00C13691" w:rsidRPr="00CD03E6" w:rsidRDefault="00C25412">
      <w:pPr>
        <w:rPr>
          <w:rFonts w:ascii="Century Gothic" w:hAnsi="Century Gothic"/>
          <w:color w:val="002060"/>
          <w:sz w:val="32"/>
          <w:szCs w:val="32"/>
          <w:lang w:val="en-GB"/>
        </w:rPr>
      </w:pPr>
      <w:r w:rsidRPr="00ED302E">
        <w:rPr>
          <w:rFonts w:ascii="Century Gothic" w:hAnsi="Century Gothic"/>
          <w:color w:val="002060"/>
        </w:rPr>
        <w:t xml:space="preserve">What would I like </w:t>
      </w:r>
      <w:r w:rsidRPr="00DB12BF">
        <w:rPr>
          <w:rFonts w:ascii="Century Gothic" w:hAnsi="Century Gothic"/>
          <w:b/>
          <w:bCs/>
          <w:color w:val="002060"/>
        </w:rPr>
        <w:t>adults to know</w:t>
      </w:r>
      <w:r w:rsidRPr="00ED302E">
        <w:rPr>
          <w:rFonts w:ascii="Century Gothic" w:hAnsi="Century Gothic"/>
          <w:color w:val="002060"/>
        </w:rPr>
        <w:t xml:space="preserve"> about me?</w:t>
      </w:r>
      <w:r w:rsidR="00403E4C">
        <w:rPr>
          <w:rFonts w:ascii="Century Gothic" w:hAnsi="Century Gothic"/>
          <w:color w:val="002060"/>
        </w:rPr>
        <w:t xml:space="preserve"> </w:t>
      </w:r>
      <w:r w:rsidR="00CD03E6" w:rsidRPr="00CD03E6">
        <w:rPr>
          <w:rFonts w:ascii="Segoe UI Emoji" w:hAnsi="Segoe UI Emoji" w:cs="Segoe UI Emoji"/>
          <w:color w:val="002060"/>
          <w:sz w:val="32"/>
          <w:szCs w:val="32"/>
          <w:lang w:val="en-GB"/>
        </w:rPr>
        <w:t>👤</w:t>
      </w:r>
    </w:p>
    <w:p w14:paraId="4FDB2C6D" w14:textId="77777777" w:rsidR="00124E07" w:rsidRPr="00ED302E" w:rsidRDefault="00124E07" w:rsidP="00124E07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26443E78" w14:textId="77777777" w:rsidR="00124E07" w:rsidRDefault="00124E07" w:rsidP="00124E07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231D5883" w14:textId="77777777" w:rsidR="00124E07" w:rsidRPr="00ED302E" w:rsidRDefault="00124E07" w:rsidP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_____________________________________________________</w:t>
      </w:r>
    </w:p>
    <w:p w14:paraId="75650144" w14:textId="22F55530" w:rsidR="009753DD" w:rsidRDefault="009753DD" w:rsidP="00124E07">
      <w:pPr>
        <w:rPr>
          <w:rFonts w:ascii="Century Gothic" w:hAnsi="Century Gothic"/>
          <w:color w:val="002060"/>
        </w:rPr>
      </w:pPr>
    </w:p>
    <w:p w14:paraId="3C7A247D" w14:textId="5AE3C8AD" w:rsidR="00124E07" w:rsidRDefault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7BBF85" wp14:editId="2316ABFC">
                <wp:simplePos x="0" y="0"/>
                <wp:positionH relativeFrom="column">
                  <wp:posOffset>4137527</wp:posOffset>
                </wp:positionH>
                <wp:positionV relativeFrom="paragraph">
                  <wp:posOffset>305597</wp:posOffset>
                </wp:positionV>
                <wp:extent cx="2133600" cy="1739900"/>
                <wp:effectExtent l="0" t="0" r="19050" b="12700"/>
                <wp:wrapNone/>
                <wp:docPr id="7142962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AA91B5" id="Rectangle 2" o:spid="_x0000_s1026" style="position:absolute;margin-left:325.8pt;margin-top:24.05pt;width:168pt;height:13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BoSABl3gAAAAoBAAAPAAAAAAAAAAAAAAAAAKkEAABkcnMvZG93bnJldi54bWxQSwUGAAAA&#10;AAQABADzAAAAtAUAAAAA&#10;" filled="f" strokecolor="#4f81bd [3204]" strokeweight="2pt"/>
            </w:pict>
          </mc:Fallback>
        </mc:AlternateContent>
      </w:r>
    </w:p>
    <w:p w14:paraId="28506322" w14:textId="77777777" w:rsidR="00124E07" w:rsidRDefault="00124E07">
      <w:pPr>
        <w:rPr>
          <w:rFonts w:ascii="Century Gothic" w:hAnsi="Century Gothic"/>
          <w:color w:val="002060"/>
        </w:rPr>
      </w:pPr>
    </w:p>
    <w:p w14:paraId="36A96071" w14:textId="12799988" w:rsidR="00C13691" w:rsidRPr="00D30F79" w:rsidRDefault="00C25412">
      <w:pPr>
        <w:rPr>
          <w:rFonts w:ascii="Century Gothic" w:hAnsi="Century Gothic"/>
        </w:rPr>
      </w:pPr>
      <w:r w:rsidRPr="00ED302E">
        <w:rPr>
          <w:rFonts w:ascii="Century Gothic" w:hAnsi="Century Gothic"/>
          <w:color w:val="002060"/>
        </w:rPr>
        <w:t xml:space="preserve">My </w:t>
      </w:r>
      <w:r w:rsidRPr="00DB12BF">
        <w:rPr>
          <w:rFonts w:ascii="Century Gothic" w:hAnsi="Century Gothic"/>
          <w:b/>
          <w:bCs/>
          <w:color w:val="002060"/>
        </w:rPr>
        <w:t>wishes</w:t>
      </w:r>
      <w:r w:rsidRPr="00ED302E">
        <w:rPr>
          <w:rFonts w:ascii="Century Gothic" w:hAnsi="Century Gothic"/>
          <w:color w:val="002060"/>
        </w:rPr>
        <w:t xml:space="preserve"> and </w:t>
      </w:r>
      <w:r w:rsidRPr="00DB12BF">
        <w:rPr>
          <w:rFonts w:ascii="Century Gothic" w:hAnsi="Century Gothic"/>
          <w:b/>
          <w:bCs/>
          <w:color w:val="002060"/>
        </w:rPr>
        <w:t>goals</w:t>
      </w:r>
      <w:r w:rsidRPr="00ED302E">
        <w:rPr>
          <w:rFonts w:ascii="Century Gothic" w:hAnsi="Century Gothic"/>
          <w:color w:val="002060"/>
        </w:rPr>
        <w:t xml:space="preserve"> </w:t>
      </w:r>
      <w:r w:rsidRPr="00CA17EB">
        <w:rPr>
          <w:rFonts w:ascii="Segoe UI Emoji" w:hAnsi="Segoe UI Emoji" w:cs="Segoe UI Emoji"/>
          <w:sz w:val="36"/>
          <w:szCs w:val="36"/>
        </w:rPr>
        <w:t>🌟</w:t>
      </w:r>
    </w:p>
    <w:p w14:paraId="59AC9682" w14:textId="77777777" w:rsidR="00124E07" w:rsidRPr="00ED302E" w:rsidRDefault="00124E07" w:rsidP="00124E07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4D16EB1E" w14:textId="77777777" w:rsidR="00124E07" w:rsidRDefault="00124E07" w:rsidP="00124E07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0346BB57" w14:textId="77777777" w:rsidR="00124E07" w:rsidRPr="00ED302E" w:rsidRDefault="00124E07" w:rsidP="00124E07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_____________________________________________________</w:t>
      </w:r>
    </w:p>
    <w:p w14:paraId="6971441F" w14:textId="6E2A3412" w:rsidR="00CD18D9" w:rsidRDefault="00124E07">
      <w:pPr>
        <w:rPr>
          <w:rFonts w:ascii="Century Gothic" w:hAnsi="Century Gothic"/>
          <w:color w:val="002060"/>
        </w:rPr>
      </w:pPr>
      <w:r w:rsidRPr="00D30F79">
        <w:rPr>
          <w:rFonts w:ascii="Century Gothic" w:hAnsi="Century Gothic"/>
        </w:rPr>
        <w:br/>
      </w:r>
    </w:p>
    <w:p w14:paraId="30C9A2B4" w14:textId="1EBEC68E" w:rsidR="00CD18D9" w:rsidRDefault="00CD18D9">
      <w:pPr>
        <w:rPr>
          <w:rFonts w:ascii="Century Gothic" w:hAnsi="Century Gothic"/>
          <w:color w:val="002060"/>
        </w:rPr>
      </w:pPr>
    </w:p>
    <w:p w14:paraId="4CE3BF6A" w14:textId="04BA65A8" w:rsidR="00C13691" w:rsidRPr="00ED302E" w:rsidRDefault="00C25412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 xml:space="preserve">How were my views gathered?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Writing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Talked with adult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Drawing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Photos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Symbols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AAC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Observation </w:t>
      </w:r>
      <w:r w:rsidRPr="00ED302E">
        <w:rPr>
          <w:rFonts w:ascii="Segoe UI Symbol" w:hAnsi="Segoe UI Symbol" w:cs="Segoe UI Symbol"/>
          <w:color w:val="002060"/>
        </w:rPr>
        <w:t>☐</w:t>
      </w:r>
      <w:r w:rsidRPr="00ED302E">
        <w:rPr>
          <w:rFonts w:ascii="Century Gothic" w:hAnsi="Century Gothic"/>
          <w:color w:val="002060"/>
        </w:rPr>
        <w:t xml:space="preserve"> Other</w:t>
      </w:r>
    </w:p>
    <w:sectPr w:rsidR="00C13691" w:rsidRPr="00ED302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939F" w14:textId="77777777" w:rsidR="00D91549" w:rsidRDefault="00D91549" w:rsidP="00DA68A3">
      <w:pPr>
        <w:spacing w:after="0" w:line="240" w:lineRule="auto"/>
      </w:pPr>
      <w:r>
        <w:separator/>
      </w:r>
    </w:p>
  </w:endnote>
  <w:endnote w:type="continuationSeparator" w:id="0">
    <w:p w14:paraId="5B9988EA" w14:textId="77777777" w:rsidR="00D91549" w:rsidRDefault="00D91549" w:rsidP="00DA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A5B67" w14:textId="77777777" w:rsidR="00390F62" w:rsidRDefault="00390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E69D" w14:textId="77777777" w:rsidR="00390F62" w:rsidRDefault="00390F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B12B" w14:textId="77777777" w:rsidR="00390F62" w:rsidRDefault="00390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0FEA2" w14:textId="77777777" w:rsidR="00D91549" w:rsidRDefault="00D91549" w:rsidP="00DA68A3">
      <w:pPr>
        <w:spacing w:after="0" w:line="240" w:lineRule="auto"/>
      </w:pPr>
      <w:r>
        <w:separator/>
      </w:r>
    </w:p>
  </w:footnote>
  <w:footnote w:type="continuationSeparator" w:id="0">
    <w:p w14:paraId="2A2A3119" w14:textId="77777777" w:rsidR="00D91549" w:rsidRDefault="00D91549" w:rsidP="00DA6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1241" w14:textId="77777777" w:rsidR="00390F62" w:rsidRDefault="00390F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7659F" w14:textId="3318ACE3" w:rsidR="00DA68A3" w:rsidRDefault="00390F62" w:rsidP="00390F62">
    <w:pPr>
      <w:pStyle w:val="Header"/>
      <w:jc w:val="right"/>
    </w:pPr>
    <w:r>
      <w:rPr>
        <w:noProof/>
      </w:rPr>
      <w:drawing>
        <wp:inline distT="0" distB="0" distL="0" distR="0" wp14:anchorId="165C65C9" wp14:editId="763685E8">
          <wp:extent cx="5486400" cy="706120"/>
          <wp:effectExtent l="0" t="0" r="0" b="0"/>
          <wp:docPr id="31707073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68A3" w:rsidRPr="00975C45">
      <w:t xml:space="preserve"> </w:t>
    </w:r>
    <w:r w:rsidR="00DA68A3">
      <w:rPr>
        <w:noProof/>
      </w:rPr>
      <mc:AlternateContent>
        <mc:Choice Requires="wps">
          <w:drawing>
            <wp:inline distT="0" distB="0" distL="0" distR="0" wp14:anchorId="531C9E29" wp14:editId="0BEC6410">
              <wp:extent cx="304800" cy="304800"/>
              <wp:effectExtent l="0" t="0" r="0" b="0"/>
              <wp:docPr id="50468875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C748C2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DA68A3" w:rsidRPr="00002720">
      <w:t xml:space="preserve"> </w:t>
    </w:r>
    <w:r w:rsidR="00DA68A3">
      <w:rPr>
        <w:noProof/>
      </w:rPr>
      <mc:AlternateContent>
        <mc:Choice Requires="wps">
          <w:drawing>
            <wp:inline distT="0" distB="0" distL="0" distR="0" wp14:anchorId="06C77323" wp14:editId="2C98B778">
              <wp:extent cx="304800" cy="304800"/>
              <wp:effectExtent l="0" t="0" r="0" b="0"/>
              <wp:docPr id="1754257652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AA005A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0DC1" w14:textId="77777777" w:rsidR="00390F62" w:rsidRDefault="00390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117500">
    <w:abstractNumId w:val="8"/>
  </w:num>
  <w:num w:numId="2" w16cid:durableId="641538280">
    <w:abstractNumId w:val="6"/>
  </w:num>
  <w:num w:numId="3" w16cid:durableId="1781685750">
    <w:abstractNumId w:val="5"/>
  </w:num>
  <w:num w:numId="4" w16cid:durableId="994256960">
    <w:abstractNumId w:val="4"/>
  </w:num>
  <w:num w:numId="5" w16cid:durableId="1326783311">
    <w:abstractNumId w:val="7"/>
  </w:num>
  <w:num w:numId="6" w16cid:durableId="2011172715">
    <w:abstractNumId w:val="3"/>
  </w:num>
  <w:num w:numId="7" w16cid:durableId="570193632">
    <w:abstractNumId w:val="2"/>
  </w:num>
  <w:num w:numId="8" w16cid:durableId="1909148295">
    <w:abstractNumId w:val="1"/>
  </w:num>
  <w:num w:numId="9" w16cid:durableId="86017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942"/>
    <w:rsid w:val="00124E07"/>
    <w:rsid w:val="0015074B"/>
    <w:rsid w:val="00273CFE"/>
    <w:rsid w:val="00277E6B"/>
    <w:rsid w:val="0029639D"/>
    <w:rsid w:val="002D734E"/>
    <w:rsid w:val="002E42FB"/>
    <w:rsid w:val="00325449"/>
    <w:rsid w:val="00326F90"/>
    <w:rsid w:val="00390F62"/>
    <w:rsid w:val="003C42AE"/>
    <w:rsid w:val="00403E4C"/>
    <w:rsid w:val="00531646"/>
    <w:rsid w:val="00674191"/>
    <w:rsid w:val="007A2659"/>
    <w:rsid w:val="0082514E"/>
    <w:rsid w:val="00841411"/>
    <w:rsid w:val="00873E8B"/>
    <w:rsid w:val="008B5ACD"/>
    <w:rsid w:val="00952FC2"/>
    <w:rsid w:val="009753DD"/>
    <w:rsid w:val="00AA1D8D"/>
    <w:rsid w:val="00B132C5"/>
    <w:rsid w:val="00B4030A"/>
    <w:rsid w:val="00B47730"/>
    <w:rsid w:val="00C13691"/>
    <w:rsid w:val="00C25412"/>
    <w:rsid w:val="00CA17EB"/>
    <w:rsid w:val="00CB0664"/>
    <w:rsid w:val="00CC07BA"/>
    <w:rsid w:val="00CD03E6"/>
    <w:rsid w:val="00CD18D9"/>
    <w:rsid w:val="00CE78E9"/>
    <w:rsid w:val="00D20306"/>
    <w:rsid w:val="00D30F79"/>
    <w:rsid w:val="00D91549"/>
    <w:rsid w:val="00DA68A3"/>
    <w:rsid w:val="00DB12BF"/>
    <w:rsid w:val="00DB37EC"/>
    <w:rsid w:val="00E33951"/>
    <w:rsid w:val="00EA194B"/>
    <w:rsid w:val="00ED302E"/>
    <w:rsid w:val="00F02F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B780C9"/>
  <w14:defaultImageDpi w14:val="330"/>
  <w15:docId w15:val="{F6BCF8A8-2085-47CE-9B3B-5EB65D2A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 Sarah</dc:creator>
  <cp:keywords/>
  <dc:description>generated by python-docx</dc:description>
  <cp:lastModifiedBy>Holt, Sarah</cp:lastModifiedBy>
  <cp:revision>33</cp:revision>
  <dcterms:created xsi:type="dcterms:W3CDTF">2026-08-03T08:50:00Z</dcterms:created>
  <dcterms:modified xsi:type="dcterms:W3CDTF">2026-08-06T10:59:00Z</dcterms:modified>
  <cp:category/>
</cp:coreProperties>
</file>